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132" w:rsidRPr="00363696" w:rsidRDefault="00B92906" w:rsidP="002A1132">
      <w:pPr>
        <w:spacing w:after="636"/>
        <w:ind w:left="183"/>
        <w:jc w:val="center"/>
        <w:rPr>
          <w:lang w:val="ru-RU"/>
        </w:rPr>
      </w:pPr>
      <w:r w:rsidRPr="00B92906">
        <w:rPr>
          <w:lang w:val="ru-RU"/>
        </w:rPr>
        <w:tab/>
      </w:r>
      <w:r w:rsidRPr="00B92906">
        <w:rPr>
          <w:lang w:val="ru-RU"/>
        </w:rPr>
        <w:tab/>
      </w:r>
      <w:r w:rsidR="002A1132">
        <w:rPr>
          <w:noProof/>
          <w:lang w:val="ru-RU" w:eastAsia="ru-RU"/>
        </w:rPr>
        <w:drawing>
          <wp:inline distT="0" distB="0" distL="0" distR="0">
            <wp:extent cx="5722620" cy="7863840"/>
            <wp:effectExtent l="0" t="0" r="0" b="3810"/>
            <wp:docPr id="1" name="Рисунок 1" descr="C:\Users\Ксюша\Desktop\род.я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юша\Desktop\род.яз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786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916AA" w:rsidRPr="00363696" w:rsidRDefault="006916AA" w:rsidP="00B92906">
      <w:pPr>
        <w:rPr>
          <w:lang w:val="ru-RU"/>
        </w:rPr>
        <w:sectPr w:rsidR="006916AA" w:rsidRPr="00363696">
          <w:pgSz w:w="11900" w:h="16840"/>
          <w:pgMar w:top="820" w:right="1440" w:bottom="1440" w:left="1440" w:header="720" w:footer="720" w:gutter="0"/>
          <w:cols w:space="720" w:equalWidth="0">
            <w:col w:w="9020" w:space="0"/>
          </w:cols>
          <w:docGrid w:linePitch="360"/>
        </w:sectPr>
      </w:pPr>
    </w:p>
    <w:p w:rsidR="006916AA" w:rsidRPr="0050158B" w:rsidRDefault="006916AA">
      <w:pPr>
        <w:autoSpaceDE w:val="0"/>
        <w:autoSpaceDN w:val="0"/>
        <w:spacing w:after="216" w:line="220" w:lineRule="exact"/>
        <w:rPr>
          <w:lang w:val="ru-RU"/>
        </w:rPr>
      </w:pPr>
    </w:p>
    <w:p w:rsidR="006916AA" w:rsidRDefault="008D3EB4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B9050B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B9050B" w:rsidRDefault="00B9050B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B9050B" w:rsidRDefault="00B9050B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B9050B" w:rsidRPr="00B9050B" w:rsidRDefault="00B9050B" w:rsidP="00B9050B">
      <w:pPr>
        <w:pStyle w:val="af"/>
        <w:spacing w:line="271" w:lineRule="exact"/>
        <w:ind w:left="673"/>
        <w:jc w:val="both"/>
        <w:rPr>
          <w:lang w:val="ru-RU"/>
        </w:rPr>
      </w:pPr>
      <w:r w:rsidRPr="00B9050B">
        <w:rPr>
          <w:lang w:val="ru-RU"/>
        </w:rPr>
        <w:t>Рабочая</w:t>
      </w:r>
      <w:r w:rsidRPr="00B9050B">
        <w:rPr>
          <w:spacing w:val="-1"/>
          <w:lang w:val="ru-RU"/>
        </w:rPr>
        <w:t xml:space="preserve"> </w:t>
      </w:r>
      <w:r w:rsidRPr="00B9050B">
        <w:rPr>
          <w:lang w:val="ru-RU"/>
        </w:rPr>
        <w:t>программа</w:t>
      </w:r>
      <w:r w:rsidRPr="00B9050B">
        <w:rPr>
          <w:spacing w:val="-6"/>
          <w:lang w:val="ru-RU"/>
        </w:rPr>
        <w:t xml:space="preserve"> </w:t>
      </w:r>
      <w:r w:rsidRPr="00B9050B">
        <w:rPr>
          <w:lang w:val="ru-RU"/>
        </w:rPr>
        <w:t>по</w:t>
      </w:r>
      <w:r w:rsidRPr="00B9050B">
        <w:rPr>
          <w:spacing w:val="4"/>
          <w:lang w:val="ru-RU"/>
        </w:rPr>
        <w:t xml:space="preserve"> </w:t>
      </w:r>
      <w:r w:rsidRPr="00B9050B">
        <w:rPr>
          <w:lang w:val="ru-RU"/>
        </w:rPr>
        <w:t>предмету</w:t>
      </w:r>
      <w:r w:rsidRPr="00B9050B">
        <w:rPr>
          <w:spacing w:val="-9"/>
          <w:lang w:val="ru-RU"/>
        </w:rPr>
        <w:t xml:space="preserve"> </w:t>
      </w:r>
      <w:r w:rsidRPr="00B9050B">
        <w:rPr>
          <w:lang w:val="ru-RU"/>
        </w:rPr>
        <w:t>«</w:t>
      </w:r>
      <w:r>
        <w:rPr>
          <w:lang w:val="ru-RU"/>
        </w:rPr>
        <w:t>Родной (русский) язык</w:t>
      </w:r>
      <w:r w:rsidRPr="00B9050B">
        <w:rPr>
          <w:lang w:val="ru-RU"/>
        </w:rPr>
        <w:t>»</w:t>
      </w:r>
      <w:r w:rsidRPr="00B9050B">
        <w:rPr>
          <w:spacing w:val="-5"/>
          <w:lang w:val="ru-RU"/>
        </w:rPr>
        <w:t xml:space="preserve"> </w:t>
      </w:r>
      <w:r w:rsidRPr="00B9050B">
        <w:rPr>
          <w:lang w:val="ru-RU"/>
        </w:rPr>
        <w:t xml:space="preserve">для 1- 4-х </w:t>
      </w:r>
      <w:r w:rsidRPr="00B9050B">
        <w:rPr>
          <w:spacing w:val="4"/>
          <w:lang w:val="ru-RU"/>
        </w:rPr>
        <w:t xml:space="preserve"> </w:t>
      </w:r>
      <w:r w:rsidRPr="00B9050B">
        <w:rPr>
          <w:lang w:val="ru-RU"/>
        </w:rPr>
        <w:t>классов</w:t>
      </w:r>
      <w:r w:rsidRPr="00B9050B">
        <w:rPr>
          <w:spacing w:val="-1"/>
          <w:lang w:val="ru-RU"/>
        </w:rPr>
        <w:t xml:space="preserve"> </w:t>
      </w:r>
      <w:r w:rsidRPr="00B9050B">
        <w:rPr>
          <w:lang w:val="ru-RU"/>
        </w:rPr>
        <w:t>составлена</w:t>
      </w:r>
      <w:r w:rsidRPr="00B9050B">
        <w:rPr>
          <w:spacing w:val="-1"/>
          <w:lang w:val="ru-RU"/>
        </w:rPr>
        <w:t xml:space="preserve"> </w:t>
      </w:r>
      <w:r w:rsidRPr="00B9050B">
        <w:rPr>
          <w:lang w:val="ru-RU"/>
        </w:rPr>
        <w:t>на</w:t>
      </w:r>
      <w:r w:rsidRPr="00B9050B">
        <w:rPr>
          <w:spacing w:val="-11"/>
          <w:lang w:val="ru-RU"/>
        </w:rPr>
        <w:t xml:space="preserve"> </w:t>
      </w:r>
      <w:r w:rsidRPr="00B9050B">
        <w:rPr>
          <w:lang w:val="ru-RU"/>
        </w:rPr>
        <w:t>основе</w:t>
      </w:r>
      <w:r w:rsidRPr="00B9050B">
        <w:rPr>
          <w:spacing w:val="-6"/>
          <w:lang w:val="ru-RU"/>
        </w:rPr>
        <w:t xml:space="preserve"> </w:t>
      </w:r>
      <w:r w:rsidRPr="00B9050B">
        <w:rPr>
          <w:lang w:val="ru-RU"/>
        </w:rPr>
        <w:t>следующих</w:t>
      </w:r>
      <w:r w:rsidRPr="00B9050B">
        <w:rPr>
          <w:spacing w:val="-5"/>
          <w:lang w:val="ru-RU"/>
        </w:rPr>
        <w:t xml:space="preserve"> </w:t>
      </w:r>
      <w:r w:rsidRPr="00B9050B">
        <w:rPr>
          <w:lang w:val="ru-RU"/>
        </w:rPr>
        <w:t>документов:</w:t>
      </w:r>
    </w:p>
    <w:p w:rsidR="00B9050B" w:rsidRPr="00B9050B" w:rsidRDefault="00B9050B" w:rsidP="00B9050B">
      <w:pPr>
        <w:pStyle w:val="ae"/>
        <w:widowControl w:val="0"/>
        <w:numPr>
          <w:ilvl w:val="0"/>
          <w:numId w:val="10"/>
        </w:numPr>
        <w:tabs>
          <w:tab w:val="left" w:pos="2114"/>
        </w:tabs>
        <w:autoSpaceDE w:val="0"/>
        <w:autoSpaceDN w:val="0"/>
        <w:spacing w:before="3" w:after="0" w:line="275" w:lineRule="exact"/>
        <w:contextualSpacing w:val="0"/>
        <w:jc w:val="both"/>
        <w:rPr>
          <w:sz w:val="24"/>
          <w:lang w:val="ru-RU"/>
        </w:rPr>
      </w:pPr>
      <w:r w:rsidRPr="00B9050B">
        <w:rPr>
          <w:sz w:val="24"/>
          <w:lang w:val="ru-RU"/>
        </w:rPr>
        <w:t>Федеральный закон</w:t>
      </w:r>
      <w:r w:rsidRPr="00B9050B">
        <w:rPr>
          <w:spacing w:val="-9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от</w:t>
      </w:r>
      <w:r w:rsidRPr="00B9050B">
        <w:rPr>
          <w:spacing w:val="-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29.12.2012</w:t>
      </w:r>
      <w:r w:rsidRPr="00B9050B">
        <w:rPr>
          <w:spacing w:val="-5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№</w:t>
      </w:r>
      <w:r w:rsidRPr="00B9050B">
        <w:rPr>
          <w:spacing w:val="-4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273-ФЗ</w:t>
      </w:r>
      <w:r w:rsidRPr="00B9050B">
        <w:rPr>
          <w:spacing w:val="-2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«Об</w:t>
      </w:r>
      <w:r w:rsidRPr="00B9050B">
        <w:rPr>
          <w:spacing w:val="-3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образовании</w:t>
      </w:r>
      <w:r w:rsidRPr="00B9050B">
        <w:rPr>
          <w:spacing w:val="-4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в Российской</w:t>
      </w:r>
      <w:r w:rsidRPr="00B9050B">
        <w:rPr>
          <w:spacing w:val="-4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Федерации»;</w:t>
      </w:r>
    </w:p>
    <w:p w:rsidR="00B9050B" w:rsidRPr="00B9050B" w:rsidRDefault="00B9050B" w:rsidP="00B9050B">
      <w:pPr>
        <w:pStyle w:val="ae"/>
        <w:widowControl w:val="0"/>
        <w:numPr>
          <w:ilvl w:val="0"/>
          <w:numId w:val="10"/>
        </w:numPr>
        <w:tabs>
          <w:tab w:val="left" w:pos="2114"/>
        </w:tabs>
        <w:autoSpaceDE w:val="0"/>
        <w:autoSpaceDN w:val="0"/>
        <w:spacing w:after="0" w:line="240" w:lineRule="auto"/>
        <w:ind w:right="233"/>
        <w:contextualSpacing w:val="0"/>
        <w:jc w:val="both"/>
        <w:rPr>
          <w:sz w:val="24"/>
          <w:lang w:val="ru-RU"/>
        </w:rPr>
      </w:pPr>
      <w:r w:rsidRPr="00B9050B">
        <w:rPr>
          <w:sz w:val="24"/>
          <w:lang w:val="ru-RU"/>
        </w:rPr>
        <w:t>приказ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Министерства образования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и науки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Российской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Федерации от 17.12.2010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№1897 «Об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утверждении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и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введении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в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действие</w:t>
      </w:r>
      <w:r w:rsidRPr="00B9050B">
        <w:rPr>
          <w:spacing w:val="-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федерального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государственного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образовательного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стандарта</w:t>
      </w:r>
      <w:r w:rsidRPr="00B9050B">
        <w:rPr>
          <w:spacing w:val="-4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основного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общего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образования»;</w:t>
      </w:r>
    </w:p>
    <w:p w:rsidR="00B9050B" w:rsidRPr="00B9050B" w:rsidRDefault="00B9050B" w:rsidP="00B9050B">
      <w:pPr>
        <w:pStyle w:val="ae"/>
        <w:widowControl w:val="0"/>
        <w:numPr>
          <w:ilvl w:val="0"/>
          <w:numId w:val="10"/>
        </w:numPr>
        <w:tabs>
          <w:tab w:val="left" w:pos="2114"/>
        </w:tabs>
        <w:autoSpaceDE w:val="0"/>
        <w:autoSpaceDN w:val="0"/>
        <w:spacing w:after="0" w:line="240" w:lineRule="auto"/>
        <w:ind w:right="246"/>
        <w:contextualSpacing w:val="0"/>
        <w:jc w:val="both"/>
        <w:rPr>
          <w:sz w:val="24"/>
          <w:lang w:val="ru-RU"/>
        </w:rPr>
      </w:pPr>
      <w:r w:rsidRPr="00B9050B">
        <w:rPr>
          <w:sz w:val="24"/>
          <w:lang w:val="ru-RU"/>
        </w:rPr>
        <w:t>постановление Главного государственного санитарного врача Российской Федерации от 28.09.2020 №28 «Об утверждении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санитарных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правил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СП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2.4.3648-20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«Санитарно-эпидемиологические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требования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к организациям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воспитания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и обучения,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отдыха и</w:t>
      </w:r>
      <w:r w:rsidRPr="00B9050B">
        <w:rPr>
          <w:spacing w:val="-2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оздоровления</w:t>
      </w:r>
      <w:r w:rsidRPr="00B9050B">
        <w:rPr>
          <w:spacing w:val="2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детей</w:t>
      </w:r>
      <w:r w:rsidRPr="00B9050B">
        <w:rPr>
          <w:spacing w:val="-2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и</w:t>
      </w:r>
      <w:r w:rsidRPr="00B9050B">
        <w:rPr>
          <w:spacing w:val="3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молодежи»;</w:t>
      </w:r>
    </w:p>
    <w:p w:rsidR="00B9050B" w:rsidRPr="00B9050B" w:rsidRDefault="00B9050B" w:rsidP="00B9050B">
      <w:pPr>
        <w:pStyle w:val="ae"/>
        <w:widowControl w:val="0"/>
        <w:numPr>
          <w:ilvl w:val="0"/>
          <w:numId w:val="10"/>
        </w:numPr>
        <w:tabs>
          <w:tab w:val="left" w:pos="2114"/>
        </w:tabs>
        <w:autoSpaceDE w:val="0"/>
        <w:autoSpaceDN w:val="0"/>
        <w:spacing w:after="0" w:line="235" w:lineRule="auto"/>
        <w:ind w:right="232"/>
        <w:contextualSpacing w:val="0"/>
        <w:jc w:val="both"/>
        <w:rPr>
          <w:sz w:val="24"/>
          <w:lang w:val="ru-RU"/>
        </w:rPr>
      </w:pPr>
      <w:r w:rsidRPr="00B9050B">
        <w:rPr>
          <w:sz w:val="24"/>
          <w:lang w:val="ru-RU"/>
        </w:rPr>
        <w:t>постановление Главного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государственного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санитарного врача Российской Федерации от 28.01.2021 №2 «Об утверждении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санитарных правил и норм СанПиН 1.2.3685-21 «Гигиенические нормативы и требования к обеспечению безопасности и (или)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безвредности</w:t>
      </w:r>
      <w:r w:rsidRPr="00B9050B">
        <w:rPr>
          <w:spacing w:val="2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для</w:t>
      </w:r>
      <w:r w:rsidRPr="00B9050B">
        <w:rPr>
          <w:spacing w:val="2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человека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факторов</w:t>
      </w:r>
      <w:r w:rsidRPr="00B9050B">
        <w:rPr>
          <w:spacing w:val="-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среды</w:t>
      </w:r>
      <w:r w:rsidRPr="00B9050B">
        <w:rPr>
          <w:spacing w:val="-2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обитания»;</w:t>
      </w:r>
    </w:p>
    <w:p w:rsidR="00B9050B" w:rsidRPr="00B9050B" w:rsidRDefault="00B9050B" w:rsidP="00B9050B">
      <w:pPr>
        <w:pStyle w:val="ae"/>
        <w:widowControl w:val="0"/>
        <w:numPr>
          <w:ilvl w:val="0"/>
          <w:numId w:val="10"/>
        </w:numPr>
        <w:tabs>
          <w:tab w:val="left" w:pos="2114"/>
        </w:tabs>
        <w:autoSpaceDE w:val="0"/>
        <w:autoSpaceDN w:val="0"/>
        <w:spacing w:before="2" w:after="0" w:line="240" w:lineRule="auto"/>
        <w:ind w:right="225"/>
        <w:contextualSpacing w:val="0"/>
        <w:jc w:val="both"/>
        <w:rPr>
          <w:sz w:val="24"/>
          <w:lang w:val="ru-RU"/>
        </w:rPr>
      </w:pPr>
      <w:r w:rsidRPr="00B9050B">
        <w:rPr>
          <w:sz w:val="24"/>
          <w:lang w:val="ru-RU"/>
        </w:rPr>
        <w:t>приказ Министерства просвещения Российской Федерации от 22.03.2021 №115 «Об утверждении Порядка организации и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осуществления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образовательной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деятельности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по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основным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общеобразовательным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программам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–</w:t>
      </w:r>
      <w:r w:rsidRPr="00B9050B">
        <w:rPr>
          <w:spacing w:val="6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образовательным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программам</w:t>
      </w:r>
      <w:r w:rsidRPr="00B9050B">
        <w:rPr>
          <w:spacing w:val="-2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начального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общего,</w:t>
      </w:r>
      <w:r w:rsidRPr="00B9050B">
        <w:rPr>
          <w:spacing w:val="-5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основного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общего</w:t>
      </w:r>
      <w:r w:rsidRPr="00B9050B">
        <w:rPr>
          <w:spacing w:val="2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и</w:t>
      </w:r>
      <w:r w:rsidRPr="00B9050B">
        <w:rPr>
          <w:spacing w:val="2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среднего</w:t>
      </w:r>
      <w:r w:rsidRPr="00B9050B">
        <w:rPr>
          <w:spacing w:val="2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общего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образования»;</w:t>
      </w:r>
    </w:p>
    <w:p w:rsidR="00B9050B" w:rsidRPr="00B9050B" w:rsidRDefault="00B9050B" w:rsidP="00B9050B">
      <w:pPr>
        <w:pStyle w:val="ae"/>
        <w:widowControl w:val="0"/>
        <w:numPr>
          <w:ilvl w:val="0"/>
          <w:numId w:val="10"/>
        </w:numPr>
        <w:tabs>
          <w:tab w:val="left" w:pos="2114"/>
        </w:tabs>
        <w:autoSpaceDE w:val="0"/>
        <w:autoSpaceDN w:val="0"/>
        <w:spacing w:after="0" w:line="240" w:lineRule="auto"/>
        <w:ind w:right="231"/>
        <w:contextualSpacing w:val="0"/>
        <w:jc w:val="both"/>
        <w:rPr>
          <w:sz w:val="24"/>
          <w:lang w:val="ru-RU"/>
        </w:rPr>
      </w:pPr>
      <w:r w:rsidRPr="00B9050B">
        <w:rPr>
          <w:sz w:val="24"/>
          <w:lang w:val="ru-RU"/>
        </w:rPr>
        <w:t>приказ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Министерства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просвещения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России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от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20.05.2020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№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254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«Об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утверждении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федерального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перечня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учебников,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допущенных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к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использованию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при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реализации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имеющих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государственную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аккредитацию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образовательных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программ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начального общего, основного общего, среднего общего образования организациями, осуществляющими образовательную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деятельность»</w:t>
      </w:r>
    </w:p>
    <w:p w:rsidR="00B9050B" w:rsidRPr="00B9050B" w:rsidRDefault="00B9050B" w:rsidP="00B9050B">
      <w:pPr>
        <w:pStyle w:val="ae"/>
        <w:widowControl w:val="0"/>
        <w:numPr>
          <w:ilvl w:val="0"/>
          <w:numId w:val="10"/>
        </w:numPr>
        <w:tabs>
          <w:tab w:val="left" w:pos="1950"/>
        </w:tabs>
        <w:autoSpaceDE w:val="0"/>
        <w:autoSpaceDN w:val="0"/>
        <w:spacing w:after="0" w:line="240" w:lineRule="auto"/>
        <w:ind w:left="1950" w:hanging="197"/>
        <w:contextualSpacing w:val="0"/>
        <w:jc w:val="both"/>
        <w:rPr>
          <w:sz w:val="24"/>
          <w:lang w:val="ru-RU"/>
        </w:rPr>
      </w:pPr>
      <w:r w:rsidRPr="00B9050B">
        <w:rPr>
          <w:sz w:val="24"/>
          <w:lang w:val="ru-RU"/>
        </w:rPr>
        <w:t>Устав образовательного учреждения</w:t>
      </w:r>
      <w:r w:rsidRPr="00B9050B">
        <w:rPr>
          <w:spacing w:val="3"/>
          <w:sz w:val="24"/>
          <w:lang w:val="ru-RU"/>
        </w:rPr>
        <w:t xml:space="preserve"> </w:t>
      </w:r>
      <w:proofErr w:type="gramStart"/>
      <w:r w:rsidRPr="00B9050B">
        <w:rPr>
          <w:sz w:val="24"/>
          <w:lang w:val="ru-RU"/>
        </w:rPr>
        <w:t>МБОУ»Верхнекармальская</w:t>
      </w:r>
      <w:proofErr w:type="gramEnd"/>
      <w:r w:rsidRPr="00B9050B">
        <w:rPr>
          <w:sz w:val="24"/>
          <w:lang w:val="ru-RU"/>
        </w:rPr>
        <w:t xml:space="preserve"> ООШ»;</w:t>
      </w:r>
    </w:p>
    <w:p w:rsidR="00B9050B" w:rsidRPr="00B9050B" w:rsidRDefault="00B9050B" w:rsidP="00B9050B">
      <w:pPr>
        <w:pStyle w:val="ae"/>
        <w:widowControl w:val="0"/>
        <w:numPr>
          <w:ilvl w:val="0"/>
          <w:numId w:val="10"/>
        </w:numPr>
        <w:tabs>
          <w:tab w:val="left" w:pos="1950"/>
        </w:tabs>
        <w:autoSpaceDE w:val="0"/>
        <w:autoSpaceDN w:val="0"/>
        <w:spacing w:before="1" w:after="0" w:line="275" w:lineRule="exact"/>
        <w:ind w:left="1950" w:hanging="197"/>
        <w:contextualSpacing w:val="0"/>
        <w:rPr>
          <w:sz w:val="24"/>
          <w:lang w:val="ru-RU"/>
        </w:rPr>
      </w:pPr>
      <w:r w:rsidRPr="00B9050B">
        <w:rPr>
          <w:sz w:val="24"/>
          <w:lang w:val="ru-RU"/>
        </w:rPr>
        <w:t>Основная</w:t>
      </w:r>
      <w:r w:rsidRPr="00B9050B">
        <w:rPr>
          <w:spacing w:val="-5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образовательная</w:t>
      </w:r>
      <w:r w:rsidRPr="00B9050B">
        <w:rPr>
          <w:spacing w:val="-5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программа</w:t>
      </w:r>
      <w:r w:rsidRPr="00B9050B">
        <w:rPr>
          <w:spacing w:val="-6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основного</w:t>
      </w:r>
      <w:r w:rsidRPr="00B9050B">
        <w:rPr>
          <w:spacing w:val="-5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общего образования</w:t>
      </w:r>
      <w:r w:rsidRPr="00B9050B">
        <w:rPr>
          <w:spacing w:val="-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МБОУ</w:t>
      </w:r>
      <w:r w:rsidRPr="00B9050B">
        <w:rPr>
          <w:spacing w:val="-3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«Верхнекармальская ООШ»</w:t>
      </w:r>
    </w:p>
    <w:p w:rsidR="00B9050B" w:rsidRPr="00B9050B" w:rsidRDefault="00B9050B" w:rsidP="00B9050B">
      <w:pPr>
        <w:pStyle w:val="ae"/>
        <w:widowControl w:val="0"/>
        <w:numPr>
          <w:ilvl w:val="0"/>
          <w:numId w:val="10"/>
        </w:numPr>
        <w:tabs>
          <w:tab w:val="left" w:pos="1950"/>
        </w:tabs>
        <w:autoSpaceDE w:val="0"/>
        <w:autoSpaceDN w:val="0"/>
        <w:spacing w:after="0" w:line="275" w:lineRule="exact"/>
        <w:ind w:left="1950" w:hanging="197"/>
        <w:contextualSpacing w:val="0"/>
        <w:rPr>
          <w:sz w:val="24"/>
          <w:lang w:val="ru-RU"/>
        </w:rPr>
      </w:pPr>
      <w:r w:rsidRPr="00B9050B">
        <w:rPr>
          <w:sz w:val="24"/>
          <w:lang w:val="ru-RU"/>
        </w:rPr>
        <w:t>Положение</w:t>
      </w:r>
      <w:r w:rsidRPr="00B9050B">
        <w:rPr>
          <w:spacing w:val="-6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о</w:t>
      </w:r>
      <w:r w:rsidRPr="00B9050B">
        <w:rPr>
          <w:spacing w:val="-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рабочей</w:t>
      </w:r>
      <w:r w:rsidRPr="00B9050B">
        <w:rPr>
          <w:spacing w:val="-4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программе,</w:t>
      </w:r>
      <w:r w:rsidRPr="00B9050B">
        <w:rPr>
          <w:spacing w:val="2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разработанного в</w:t>
      </w:r>
      <w:r w:rsidRPr="00B9050B">
        <w:rPr>
          <w:spacing w:val="2"/>
          <w:sz w:val="24"/>
          <w:lang w:val="ru-RU"/>
        </w:rPr>
        <w:t xml:space="preserve"> </w:t>
      </w:r>
      <w:proofErr w:type="gramStart"/>
      <w:r w:rsidRPr="00B9050B">
        <w:rPr>
          <w:sz w:val="24"/>
          <w:lang w:val="ru-RU"/>
        </w:rPr>
        <w:t>МБОУ»Верхнекармальская</w:t>
      </w:r>
      <w:proofErr w:type="gramEnd"/>
      <w:r w:rsidRPr="00B9050B">
        <w:rPr>
          <w:sz w:val="24"/>
          <w:lang w:val="ru-RU"/>
        </w:rPr>
        <w:t xml:space="preserve"> ООШ»; </w:t>
      </w:r>
    </w:p>
    <w:p w:rsidR="00B9050B" w:rsidRPr="00B9050B" w:rsidRDefault="00B9050B" w:rsidP="00B9050B">
      <w:pPr>
        <w:pStyle w:val="ae"/>
        <w:widowControl w:val="0"/>
        <w:numPr>
          <w:ilvl w:val="0"/>
          <w:numId w:val="10"/>
        </w:numPr>
        <w:tabs>
          <w:tab w:val="left" w:pos="1950"/>
        </w:tabs>
        <w:autoSpaceDE w:val="0"/>
        <w:autoSpaceDN w:val="0"/>
        <w:spacing w:after="0" w:line="275" w:lineRule="exact"/>
        <w:ind w:left="1950" w:hanging="197"/>
        <w:contextualSpacing w:val="0"/>
        <w:rPr>
          <w:sz w:val="24"/>
          <w:lang w:val="ru-RU"/>
        </w:rPr>
      </w:pPr>
      <w:r w:rsidRPr="00B9050B">
        <w:rPr>
          <w:sz w:val="24"/>
          <w:lang w:val="ru-RU"/>
        </w:rPr>
        <w:t>Учебный</w:t>
      </w:r>
      <w:r w:rsidRPr="00B9050B">
        <w:rPr>
          <w:spacing w:val="1"/>
          <w:sz w:val="24"/>
          <w:lang w:val="ru-RU"/>
        </w:rPr>
        <w:t xml:space="preserve"> </w:t>
      </w:r>
      <w:r w:rsidRPr="00B9050B">
        <w:rPr>
          <w:sz w:val="24"/>
          <w:lang w:val="ru-RU"/>
        </w:rPr>
        <w:t>план</w:t>
      </w:r>
      <w:r w:rsidRPr="00B9050B">
        <w:rPr>
          <w:spacing w:val="1"/>
          <w:sz w:val="24"/>
          <w:lang w:val="ru-RU"/>
        </w:rPr>
        <w:t xml:space="preserve"> </w:t>
      </w:r>
      <w:proofErr w:type="gramStart"/>
      <w:r w:rsidRPr="00B9050B">
        <w:rPr>
          <w:sz w:val="24"/>
          <w:lang w:val="ru-RU"/>
        </w:rPr>
        <w:t>МБОУ»Верхнекармальская</w:t>
      </w:r>
      <w:proofErr w:type="gramEnd"/>
      <w:r w:rsidRPr="00B9050B">
        <w:rPr>
          <w:sz w:val="24"/>
          <w:lang w:val="ru-RU"/>
        </w:rPr>
        <w:t xml:space="preserve"> ООШ».</w:t>
      </w:r>
    </w:p>
    <w:p w:rsidR="00B9050B" w:rsidRPr="00B9050B" w:rsidRDefault="00B9050B" w:rsidP="00B9050B">
      <w:pPr>
        <w:spacing w:before="179" w:line="292" w:lineRule="auto"/>
        <w:ind w:left="106" w:right="94" w:firstLine="180"/>
        <w:rPr>
          <w:sz w:val="24"/>
          <w:szCs w:val="24"/>
          <w:lang w:val="ru-RU"/>
        </w:rPr>
      </w:pPr>
      <w:r w:rsidRPr="00B9050B">
        <w:rPr>
          <w:sz w:val="24"/>
          <w:lang w:val="ru-RU"/>
        </w:rPr>
        <w:t xml:space="preserve">                               </w:t>
      </w:r>
    </w:p>
    <w:p w:rsidR="00B9050B" w:rsidRPr="00B9050B" w:rsidRDefault="00B9050B">
      <w:pPr>
        <w:autoSpaceDE w:val="0"/>
        <w:autoSpaceDN w:val="0"/>
        <w:spacing w:after="0" w:line="230" w:lineRule="auto"/>
        <w:rPr>
          <w:lang w:val="ru-RU"/>
        </w:rPr>
      </w:pPr>
    </w:p>
    <w:p w:rsidR="006916AA" w:rsidRPr="008D3EB4" w:rsidRDefault="008D3EB4">
      <w:pPr>
        <w:autoSpaceDE w:val="0"/>
        <w:autoSpaceDN w:val="0"/>
        <w:spacing w:before="264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УЧЕБНОГО ПРЕДМЕТА «РОДНОЙ ЯЗЫК (РУССКИЙ)»</w:t>
      </w:r>
    </w:p>
    <w:p w:rsidR="006916AA" w:rsidRPr="008D3EB4" w:rsidRDefault="008D3EB4">
      <w:pPr>
        <w:autoSpaceDE w:val="0"/>
        <w:autoSpaceDN w:val="0"/>
        <w:spacing w:before="166" w:after="0" w:line="281" w:lineRule="auto"/>
        <w:ind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требований, заданных Федеральным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государственным образовательным стандартом начального общего образования к предметной области«Родной язык и литературное чтение на родном языке». Программа ориентирована на сопровождение и поддержку курса русского языка, входящего в предметную область «Русский язык и литературное чтение». </w:t>
      </w:r>
    </w:p>
    <w:p w:rsidR="006916AA" w:rsidRPr="008D3EB4" w:rsidRDefault="008D3EB4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Содержание предмета «Родной язык (русский)» направлено на удовлетворение потребности обучающихся в изучении родного языка как инструмента познания национальной культуры и самореализации в ней. Учебный предмет «Родной язык (русский)» не ущемляет права тех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обучающихся, которые изучают иные (не русский) родные языки, поэтому учебное время, отведённое 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на изучение данной дисциплины, не может рассматриваться как время для углублённого изучения основного курса.</w:t>
      </w:r>
    </w:p>
    <w:p w:rsidR="006916AA" w:rsidRPr="008D3EB4" w:rsidRDefault="008D3EB4">
      <w:pPr>
        <w:autoSpaceDE w:val="0"/>
        <w:autoSpaceDN w:val="0"/>
        <w:spacing w:before="70" w:after="0" w:line="283" w:lineRule="auto"/>
        <w:ind w:right="144"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В содержании предмета «Родной язык (русский)» предусматривается расширение сведений, имеющих отношение  не  к  внутреннему  системному  устройству  языка,  а к вопросам реализации языковой системы в речи‚ внешней стороне существования языка: к многообразным связям русского языка с цивилизацией и культурой, государством и обществом Программа учебного предмета отражает социокультурный контекст существования русского  языка,  в  частности те языковые аспекты, которые обнаруживают прямую, непосредственную культурно-историческую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обусловленность.</w:t>
      </w:r>
    </w:p>
    <w:p w:rsidR="006916AA" w:rsidRPr="008D3EB4" w:rsidRDefault="008D3EB4">
      <w:pPr>
        <w:autoSpaceDE w:val="0"/>
        <w:autoSpaceDN w:val="0"/>
        <w:spacing w:before="72" w:after="0" w:line="286" w:lineRule="auto"/>
        <w:ind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Содержание курса направлено на формирование представлений о языке как живом, развивающемся явлении, о диалектическом противоречии подвижности и стабильности как одной из основных характеристик литературного языка. Как курс, имеющий частный характер, школьный курс русского родного языка опирается на содержание основного курса, представленного в образовательной </w:t>
      </w:r>
      <w:proofErr w:type="gramStart"/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области«</w:t>
      </w:r>
      <w:proofErr w:type="gramEnd"/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Русский язык и литературное чтение», сопровождает и поддерживает его. Основные содержательные линии настоящей программы соотносятся с основными содержательными линиями основного курса русского языка в начальной школе, но не дублируют их и имеют преимущественно практико-ориентированный характер.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Задачами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 данного курса являются: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совершенствование у младших школьников как носителей языка способности ориентироваться в пространстве языка и речи, развитие языковой интуиции;   изучение   исторических   фактов развития   языка;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расширение представлений о различных методах познания языка (учебное лингвистическое мини-исследование, проект, наблюдение, анализ и т. п.); включение учащихся в практическую речевую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436" w:right="650" w:bottom="34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66" w:line="220" w:lineRule="exact"/>
        <w:rPr>
          <w:lang w:val="ru-RU"/>
        </w:rPr>
      </w:pPr>
    </w:p>
    <w:p w:rsidR="006916AA" w:rsidRPr="008D3EB4" w:rsidRDefault="008D3EB4">
      <w:pPr>
        <w:autoSpaceDE w:val="0"/>
        <w:autoSpaceDN w:val="0"/>
        <w:spacing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деятельность.</w:t>
      </w:r>
    </w:p>
    <w:p w:rsidR="006916AA" w:rsidRPr="008D3EB4" w:rsidRDefault="008D3EB4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В соответствии с этим в программе выделяются три блока. Первый блок — «Русский язык: прошлое и настоящее» —включает содержание, обеспечивающее расширение знаний об истории русского языка, о происхождении слов, об изменениях значений общеупотребительных слов. Данный блок содержит сведения о взаимосвязи языка и истории, языка и культуры народа, сведения о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национально-культурной специфике русского языка, об общем и специфическом в языках и культурах русского и других народов России и мира. </w:t>
      </w:r>
    </w:p>
    <w:p w:rsidR="006916AA" w:rsidRPr="008D3EB4" w:rsidRDefault="008D3EB4">
      <w:pPr>
        <w:autoSpaceDE w:val="0"/>
        <w:autoSpaceDN w:val="0"/>
        <w:spacing w:before="70" w:after="0" w:line="286" w:lineRule="auto"/>
        <w:ind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Второй блок — «Язык в действии» — включает содержание, обеспечивающее наблюдение за употреблением языковых единиц, развитие базовых умений и навыков использования языковых единиц в учебных и практических ситуациях; формирование первоначальных представлений о нормах современного русского литературного языка, развитие потребности обращаться к нормативным словарям современного русского литературного языка и совершенствование умений пользоваться словарями. Данный блок ориентирован на практическое овладение культурой речи: практическое освоение норм современного русского литературного языка (в рамках изученного); развитие ответственного и осознанного отношения к использованию русского языка во всех сферах жизни. </w:t>
      </w:r>
    </w:p>
    <w:p w:rsidR="006916AA" w:rsidRPr="008D3EB4" w:rsidRDefault="008D3EB4">
      <w:pPr>
        <w:autoSpaceDE w:val="0"/>
        <w:autoSpaceDN w:val="0"/>
        <w:spacing w:before="70" w:after="0" w:line="283" w:lineRule="auto"/>
        <w:ind w:right="144"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Третий блок — «Секреты речи и текста» — связан с совершенствованием четырёх видов речевой деятельности в их взаимосвязи, развитием коммуникативных навыков младших школьников (умениями определять цели общения, адекватно участвовать в речевом общении); расширением практики применения правил речевого этикета. Одним из ведущих содержательных центров данного блока является работа с текстами: развитие умений понимать, анализировать предлагаемые тексты и создавать собственные тексты разных функционально-смысловых типов, жанров, стилистической принадлежности.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ПРЕДМЕТА «РОДНОЙ ЯЗЫК (РУССКИЙ)»</w:t>
      </w:r>
    </w:p>
    <w:p w:rsidR="006916AA" w:rsidRPr="008D3EB4" w:rsidRDefault="008D3EB4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Целями 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изучения русского родного языка являются:</w:t>
      </w:r>
    </w:p>
    <w:p w:rsidR="006916AA" w:rsidRPr="008D3EB4" w:rsidRDefault="008D3EB4">
      <w:pPr>
        <w:autoSpaceDE w:val="0"/>
        <w:autoSpaceDN w:val="0"/>
        <w:spacing w:before="178" w:after="0" w:line="281" w:lineRule="auto"/>
        <w:ind w:left="420" w:right="288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осознание русского языка как одной из главных духовно-нравственных ценностей русского народа; понимание значения родного языка для освоения и укрепления культуры и традиций своего народа, осознание национального своеобразия русского языка; формирование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познавательного интереса к родному языку и желания его изучать, любви, уважительного отношения к русскому языку, а через него — к родной культуре;</w:t>
      </w:r>
    </w:p>
    <w:p w:rsidR="006916AA" w:rsidRPr="008D3EB4" w:rsidRDefault="008D3EB4">
      <w:pPr>
        <w:autoSpaceDE w:val="0"/>
        <w:autoSpaceDN w:val="0"/>
        <w:spacing w:before="240" w:after="0"/>
        <w:ind w:left="420" w:right="288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овладение первоначальными представлениями о единстве и многообразии языкового и культурного пространства Российской Федерации, о месте русского языка среди других языков народов России; воспитание уважительного отношения к культурам и языкам народов России; овладение культурой межнационального общения;</w:t>
      </w:r>
    </w:p>
    <w:p w:rsidR="006916AA" w:rsidRPr="008D3EB4" w:rsidRDefault="008D3EB4">
      <w:pPr>
        <w:autoSpaceDE w:val="0"/>
        <w:autoSpaceDN w:val="0"/>
        <w:spacing w:before="238" w:after="0"/>
        <w:ind w:left="420" w:right="144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овладение первоначальными представлениями о национальной специфике языковых единиц русского языка (прежде всего лексических и фразеологических единиц с национально-культурной семантикой), об основных нормах русского литературного языка и русском речевом этикете; овладение выразительными средствами, свойственными русскому языку;</w:t>
      </w:r>
    </w:p>
    <w:p w:rsidR="006916AA" w:rsidRPr="008D3EB4" w:rsidRDefault="008D3EB4">
      <w:pPr>
        <w:autoSpaceDE w:val="0"/>
        <w:autoSpaceDN w:val="0"/>
        <w:spacing w:before="238" w:after="0" w:line="271" w:lineRule="auto"/>
        <w:ind w:left="420" w:right="144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совершенствование умений наблюдать за функционированием языковых единиц,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анализировать и классифицировать их, оценивать их с точки зрения особенностей картины мира, отраженной в языке;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 w:right="1584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совершенствование умений работать с текстом, осуществлять элементарный информационный поиск, извлекать и преобразовывать необходимую информацию;</w:t>
      </w:r>
    </w:p>
    <w:p w:rsidR="006916AA" w:rsidRPr="008D3EB4" w:rsidRDefault="008D3EB4">
      <w:pPr>
        <w:autoSpaceDE w:val="0"/>
        <w:autoSpaceDN w:val="0"/>
        <w:spacing w:before="238" w:after="0" w:line="230" w:lineRule="auto"/>
        <w:jc w:val="center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совершенствование коммуникативных умений и культуры речи, обеспечивающих владение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286" w:right="650" w:bottom="32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66" w:line="220" w:lineRule="exact"/>
        <w:rPr>
          <w:lang w:val="ru-RU"/>
        </w:rPr>
      </w:pPr>
    </w:p>
    <w:p w:rsidR="006916AA" w:rsidRPr="008D3EB4" w:rsidRDefault="008D3EB4">
      <w:pPr>
        <w:autoSpaceDE w:val="0"/>
        <w:autoSpaceDN w:val="0"/>
        <w:spacing w:after="0" w:line="271" w:lineRule="auto"/>
        <w:ind w:left="420" w:right="288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русским литературным языком в разных ситуациях его использования; обогащение словарного запаса и грамматического строя речи; развитие потребности к речевому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самосовершенствованию;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 w:right="1152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приобретение практического опыта исследовательской работы по русскому языку, воспитание самостоятельности в приобретении знаний.</w:t>
      </w:r>
    </w:p>
    <w:p w:rsidR="006916AA" w:rsidRPr="008D3EB4" w:rsidRDefault="008D3EB4">
      <w:pPr>
        <w:autoSpaceDE w:val="0"/>
        <w:autoSpaceDN w:val="0"/>
        <w:spacing w:before="298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ПРЕДМЕТА «РОДНОЙ ЯЗЫК (РУССКИЙ)» В УЧЕБНОМ ПЛАНЕ</w:t>
      </w:r>
    </w:p>
    <w:p w:rsidR="006916AA" w:rsidRPr="008D3EB4" w:rsidRDefault="008D3EB4">
      <w:pPr>
        <w:autoSpaceDE w:val="0"/>
        <w:autoSpaceDN w:val="0"/>
        <w:spacing w:before="190" w:after="0" w:line="271" w:lineRule="auto"/>
        <w:ind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В соответствии с Федеральным государственным образовательным стандартом начального общего образования учебный предмет «Родной язык (русский)» входит в предметную область «Родной язык и литературное чтение на родном языке» и является обязательным для изучения.</w:t>
      </w:r>
    </w:p>
    <w:p w:rsidR="006916AA" w:rsidRPr="0050158B" w:rsidRDefault="008D3EB4">
      <w:pPr>
        <w:autoSpaceDE w:val="0"/>
        <w:autoSpaceDN w:val="0"/>
        <w:spacing w:before="192" w:after="0" w:line="262" w:lineRule="auto"/>
        <w:ind w:right="144"/>
        <w:rPr>
          <w:lang w:val="ru-RU"/>
        </w:rPr>
      </w:pPr>
      <w:r w:rsidRPr="0050158B">
        <w:rPr>
          <w:rFonts w:ascii="Times New Roman" w:eastAsia="Times New Roman" w:hAnsi="Times New Roman"/>
          <w:sz w:val="24"/>
          <w:lang w:val="ru-RU"/>
        </w:rPr>
        <w:t xml:space="preserve">Содержание учебного предмета «Родной язык (русский)» </w:t>
      </w:r>
      <w:r w:rsidR="0050158B" w:rsidRPr="0050158B">
        <w:rPr>
          <w:rFonts w:ascii="Times New Roman" w:eastAsia="Times New Roman" w:hAnsi="Times New Roman"/>
          <w:sz w:val="24"/>
          <w:lang w:val="ru-RU"/>
        </w:rPr>
        <w:t>(66</w:t>
      </w:r>
      <w:r w:rsidRPr="0050158B">
        <w:rPr>
          <w:rFonts w:ascii="Times New Roman" w:eastAsia="Times New Roman" w:hAnsi="Times New Roman"/>
          <w:sz w:val="24"/>
          <w:lang w:val="ru-RU"/>
        </w:rPr>
        <w:t xml:space="preserve"> час</w:t>
      </w:r>
      <w:r w:rsidR="0050158B" w:rsidRPr="0050158B">
        <w:rPr>
          <w:rFonts w:ascii="Times New Roman" w:eastAsia="Times New Roman" w:hAnsi="Times New Roman"/>
          <w:sz w:val="24"/>
          <w:lang w:val="ru-RU"/>
        </w:rPr>
        <w:t>ов</w:t>
      </w:r>
      <w:r w:rsidRPr="0050158B">
        <w:rPr>
          <w:rFonts w:ascii="Times New Roman" w:eastAsia="Times New Roman" w:hAnsi="Times New Roman"/>
          <w:sz w:val="24"/>
          <w:lang w:val="ru-RU"/>
        </w:rPr>
        <w:t xml:space="preserve"> в 1 классе, по </w:t>
      </w:r>
      <w:r w:rsidR="0050158B" w:rsidRPr="0050158B">
        <w:rPr>
          <w:rFonts w:ascii="Times New Roman" w:eastAsia="Times New Roman" w:hAnsi="Times New Roman"/>
          <w:sz w:val="24"/>
          <w:lang w:val="ru-RU"/>
        </w:rPr>
        <w:t>34 часа во 2 и 4</w:t>
      </w:r>
      <w:r w:rsidRPr="0050158B">
        <w:rPr>
          <w:rFonts w:ascii="Times New Roman" w:eastAsia="Times New Roman" w:hAnsi="Times New Roman"/>
          <w:sz w:val="24"/>
          <w:lang w:val="ru-RU"/>
        </w:rPr>
        <w:t xml:space="preserve"> классах.).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286" w:right="670" w:bottom="1440" w:left="666" w:header="720" w:footer="720" w:gutter="0"/>
          <w:cols w:space="720" w:equalWidth="0">
            <w:col w:w="10564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78" w:line="220" w:lineRule="exact"/>
        <w:rPr>
          <w:lang w:val="ru-RU"/>
        </w:rPr>
      </w:pPr>
    </w:p>
    <w:p w:rsidR="006916AA" w:rsidRPr="008D3EB4" w:rsidRDefault="008D3EB4">
      <w:pPr>
        <w:autoSpaceDE w:val="0"/>
        <w:autoSpaceDN w:val="0"/>
        <w:spacing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6916AA" w:rsidRPr="008D3EB4" w:rsidRDefault="008D3EB4">
      <w:pPr>
        <w:autoSpaceDE w:val="0"/>
        <w:autoSpaceDN w:val="0"/>
        <w:spacing w:before="346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1 КЛАСС</w:t>
      </w:r>
    </w:p>
    <w:p w:rsidR="006916AA" w:rsidRPr="008D3EB4" w:rsidRDefault="008D3EB4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1. РУССКИЙ ЯЗЫК: ПРОШЛОЕ И НАСТОЯЩЕЕ 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90" w:after="0" w:line="262" w:lineRule="auto"/>
        <w:ind w:right="1008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Сведения об истории русской письменности: как появились буквы современного русского алфавита. </w:t>
      </w:r>
    </w:p>
    <w:p w:rsidR="006916AA" w:rsidRPr="008D3EB4" w:rsidRDefault="008D3EB4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Особенности оформления книг в Древней Руси: оформление красной строки и заставок. 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83" w:lineRule="auto"/>
        <w:ind w:right="288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Практическая работа.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 Оформление буквиц и заставок. Лексические единицы с национально-культурной семантикой,  обозначающие  предметы  традиционного  русского  быта: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1) дом в старину: что как называлось (</w:t>
      </w:r>
      <w:r w:rsidRPr="008D3EB4">
        <w:rPr>
          <w:rFonts w:ascii="Times New Roman" w:eastAsia="Times New Roman" w:hAnsi="Times New Roman"/>
          <w:i/>
          <w:color w:val="000000"/>
          <w:sz w:val="24"/>
          <w:lang w:val="ru-RU"/>
        </w:rPr>
        <w:t>изба, терем, хоромы, горница, светлица, светец, лучина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 и т.д.);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2) как называлось то, во что одевались в старину (</w:t>
      </w:r>
      <w:r w:rsidRPr="008D3EB4">
        <w:rPr>
          <w:rFonts w:ascii="Times New Roman" w:eastAsia="Times New Roman" w:hAnsi="Times New Roman"/>
          <w:i/>
          <w:color w:val="000000"/>
          <w:sz w:val="24"/>
          <w:lang w:val="ru-RU"/>
        </w:rPr>
        <w:t>кафтан, кушак, рубаха, сарафан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, лапти и т. д.).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Имена в малых жанрах фольклора (пословицах, поговорках, загадках, прибаутках). </w:t>
      </w:r>
    </w:p>
    <w:p w:rsidR="006916AA" w:rsidRPr="008D3EB4" w:rsidRDefault="008D3EB4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Проектное задание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. Словарь в картинках.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2. ЯЗЫК В ДЕЙСТВИИ 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66" w:after="0" w:line="262" w:lineRule="auto"/>
        <w:ind w:right="1296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Как нельзя произносить слова (пропедевтическая работа по предупреждению ошибок в произношении слов).</w:t>
      </w:r>
    </w:p>
    <w:p w:rsidR="006916AA" w:rsidRPr="008D3EB4" w:rsidRDefault="008D3EB4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Смыслоразличительная роль ударения.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62" w:lineRule="auto"/>
        <w:ind w:right="1296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Звукопись в стихотворном художественном тексте. Наблюдение за сочетаемостью слов (пропедевтическая работа по предупреждению ошибок в сочетаемости слов).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3. СЕКРЕТЫ РЕЧИ И ТЕКСТА </w:t>
      </w:r>
    </w:p>
    <w:p w:rsidR="006916AA" w:rsidRPr="008D3EB4" w:rsidRDefault="008D3EB4">
      <w:pPr>
        <w:autoSpaceDE w:val="0"/>
        <w:autoSpaceDN w:val="0"/>
        <w:spacing w:before="166" w:after="0"/>
        <w:ind w:right="288"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Секреты диалога: учимся разговаривать друг с другом и со взрослыми. Диалоговая форма устной речи. Стандартные обороты речи для участия в </w:t>
      </w:r>
      <w:proofErr w:type="gramStart"/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диалоге  (</w:t>
      </w:r>
      <w:proofErr w:type="gramEnd"/>
      <w:r w:rsidRPr="008D3EB4">
        <w:rPr>
          <w:rFonts w:ascii="Times New Roman" w:eastAsia="Times New Roman" w:hAnsi="Times New Roman"/>
          <w:i/>
          <w:color w:val="000000"/>
          <w:sz w:val="24"/>
          <w:lang w:val="ru-RU"/>
        </w:rPr>
        <w:t>Как  вежливо  попросить? Как похвалить товарища? Как правильно поблагодарить?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). Цели и виды вопросов (вопрос-уточнение, вопрос как запрос на новое содержание). 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Различные приемы слушания научно-познавательных и художественных текстов об истории языка и культуре русского народа.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2 КЛАСС</w:t>
      </w:r>
    </w:p>
    <w:p w:rsidR="006916AA" w:rsidRPr="008D3EB4" w:rsidRDefault="008D3EB4">
      <w:pPr>
        <w:autoSpaceDE w:val="0"/>
        <w:autoSpaceDN w:val="0"/>
        <w:spacing w:before="264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 1. РУССКИЙ ЯЗЫК: ПРОШЛОЕ И НАСТОЯЩЕЕ</w:t>
      </w:r>
    </w:p>
    <w:p w:rsidR="006916AA" w:rsidRPr="008D3EB4" w:rsidRDefault="008D3EB4">
      <w:pPr>
        <w:autoSpaceDE w:val="0"/>
        <w:autoSpaceDN w:val="0"/>
        <w:spacing w:before="168" w:after="0" w:line="281" w:lineRule="auto"/>
        <w:ind w:right="144"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1) слова, называющие домашнюю утварь и орудия труда (например, </w:t>
      </w:r>
      <w:r w:rsidRPr="008D3EB4">
        <w:rPr>
          <w:rFonts w:ascii="Times New Roman" w:eastAsia="Times New Roman" w:hAnsi="Times New Roman"/>
          <w:i/>
          <w:color w:val="000000"/>
          <w:sz w:val="24"/>
          <w:lang w:val="ru-RU"/>
        </w:rPr>
        <w:t>ухват, ушат, ступа, плошка, крынка, ковш, решето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8D3EB4">
        <w:rPr>
          <w:rFonts w:ascii="Times New Roman" w:eastAsia="Times New Roman" w:hAnsi="Times New Roman"/>
          <w:i/>
          <w:color w:val="000000"/>
          <w:sz w:val="24"/>
          <w:lang w:val="ru-RU"/>
        </w:rPr>
        <w:t>веретено, серп, коса, плуг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);2) слова, называющие то, что ели в старину (например, </w:t>
      </w:r>
      <w:r w:rsidRPr="008D3EB4">
        <w:rPr>
          <w:rFonts w:ascii="Times New Roman" w:eastAsia="Times New Roman" w:hAnsi="Times New Roman"/>
          <w:i/>
          <w:color w:val="000000"/>
          <w:sz w:val="24"/>
          <w:lang w:val="ru-RU"/>
        </w:rPr>
        <w:t>тюря, полба, каша, щи, похлёбка, бублик, ватрушка, калач, коврижки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): какие из них сохранились до нашего времени; 3) слова, называющие то, во что раньше одевались дети (например, </w:t>
      </w:r>
      <w:r w:rsidRPr="008D3EB4">
        <w:rPr>
          <w:rFonts w:ascii="Times New Roman" w:eastAsia="Times New Roman" w:hAnsi="Times New Roman"/>
          <w:i/>
          <w:color w:val="000000"/>
          <w:sz w:val="24"/>
          <w:lang w:val="ru-RU"/>
        </w:rPr>
        <w:t>шубейка, тулуп, шапка, валенки, сарафан, рубаха, лапти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).</w:t>
      </w:r>
    </w:p>
    <w:p w:rsidR="006916AA" w:rsidRPr="008D3EB4" w:rsidRDefault="008D3EB4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Пословицы, поговорки, фразеологизмы, возникновение которых связано с предметами и явлениями традиционного русского быта: игры, утварь, орудия труда, еда, одежда (например, </w:t>
      </w:r>
      <w:r w:rsidRPr="008D3EB4">
        <w:rPr>
          <w:rFonts w:ascii="Times New Roman" w:eastAsia="Times New Roman" w:hAnsi="Times New Roman"/>
          <w:i/>
          <w:color w:val="000000"/>
          <w:sz w:val="24"/>
          <w:lang w:val="ru-RU"/>
        </w:rPr>
        <w:t>каши не сваришь, ни за какие коврижки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). Сравнение русских пословиц и поговорок с пословицами и поговорками других народов. Сравнение фразеологизмов, имеющих в разных языках общий смысл, но различную образную форму (например,</w:t>
      </w:r>
      <w:r w:rsidRPr="008D3EB4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ехать в Тулу со своим самоваром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 (рус.); </w:t>
      </w:r>
      <w:r w:rsidRPr="008D3EB4">
        <w:rPr>
          <w:rFonts w:ascii="Times New Roman" w:eastAsia="Times New Roman" w:hAnsi="Times New Roman"/>
          <w:i/>
          <w:color w:val="000000"/>
          <w:sz w:val="24"/>
          <w:lang w:val="ru-RU"/>
        </w:rPr>
        <w:t>ехать в лес с дровами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 (тат.)).</w:t>
      </w:r>
    </w:p>
    <w:p w:rsidR="006916AA" w:rsidRPr="008D3EB4" w:rsidRDefault="008D3EB4">
      <w:pPr>
        <w:autoSpaceDE w:val="0"/>
        <w:autoSpaceDN w:val="0"/>
        <w:spacing w:before="70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Проектное задание. Словарь «Почему это так называется?»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 2. ЯЗЫК В ДЕЙСТВИИ</w:t>
      </w:r>
    </w:p>
    <w:p w:rsidR="006916AA" w:rsidRPr="008D3EB4" w:rsidRDefault="008D3EB4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Как правильно произносить слова (пропедевтическая работа по предупреждению ошибок в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298" w:right="650" w:bottom="3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66" w:line="220" w:lineRule="exact"/>
        <w:rPr>
          <w:lang w:val="ru-RU"/>
        </w:rPr>
      </w:pPr>
    </w:p>
    <w:p w:rsidR="006916AA" w:rsidRPr="008D3EB4" w:rsidRDefault="008D3EB4">
      <w:pPr>
        <w:autoSpaceDE w:val="0"/>
        <w:autoSpaceDN w:val="0"/>
        <w:spacing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произношении слов в речи).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Смыслоразличительная роль ударения. Наблюдение за изменением места ударения в поэтическом тексте. Работа со словарем ударений.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Практическая работа. Слушаем и учимся читать фрагменты стихов и сказок, в которых есть слова с необычным произношением и ударением.</w:t>
      </w:r>
    </w:p>
    <w:p w:rsidR="006916AA" w:rsidRPr="008D3EB4" w:rsidRDefault="008D3EB4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Разные способы толкования значения слов. Наблюдение за сочетаемостью слов.</w:t>
      </w:r>
    </w:p>
    <w:p w:rsidR="006916AA" w:rsidRPr="008D3EB4" w:rsidRDefault="008D3EB4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Совершенствование орфографических навыков.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 3. СЕКРЕТЫ РЕЧИ И ТЕКСТА</w:t>
      </w:r>
    </w:p>
    <w:p w:rsidR="006916AA" w:rsidRPr="008D3EB4" w:rsidRDefault="008D3EB4">
      <w:pPr>
        <w:autoSpaceDE w:val="0"/>
        <w:autoSpaceDN w:val="0"/>
        <w:spacing w:before="166" w:after="0" w:line="274" w:lineRule="auto"/>
        <w:ind w:right="288"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Приемы общения: убеждение, уговаривание, просьба, похвала и др., сохранение инициативы в диалоге, уклонение от инициативы, завершение диалога и др. (например, как правильно выразить несогласие; как убедить товарища).</w:t>
      </w:r>
    </w:p>
    <w:p w:rsidR="006916AA" w:rsidRPr="008D3EB4" w:rsidRDefault="008D3EB4">
      <w:pPr>
        <w:autoSpaceDE w:val="0"/>
        <w:autoSpaceDN w:val="0"/>
        <w:spacing w:before="70" w:after="0" w:line="271" w:lineRule="auto"/>
        <w:ind w:right="432"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Особенности русского речевого этикета. Устойчивые этикетные выражения в учебно-научной коммуникации: формы обращения; различение этикетных форм обращения в официальной и неофициальной речевой ситуации; использование обращений ты и вы.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Устный ответ как жанр монологической устной учебно-научной речи. Различные виды ответов: развернутый ответ, ответ-добавление (на практическом уровне).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Связь предложений в тексте. Практическое овладение средствами связи: лексический повтор, местоименный повтор. 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Создание текстов-повествований: заметки о посещении музеев; повествование об участии в народных праздниках.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/>
        <w:ind w:right="432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Создание текста: развёрнутое толкование значения слова. Анализ информации прочитанного и прослушанного текста: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различение главных фактов и второстепенных; выделение наиболее существенных фактов; установление логической связи между фактами.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3 КЛАСС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1. РУССКИЙ ЯЗЫК: ПРОШЛОЕ И НАСТОЯЩЕЕ </w:t>
      </w:r>
    </w:p>
    <w:p w:rsidR="006916AA" w:rsidRPr="008D3EB4" w:rsidRDefault="008D3EB4">
      <w:pPr>
        <w:autoSpaceDE w:val="0"/>
        <w:autoSpaceDN w:val="0"/>
        <w:spacing w:before="166" w:after="0" w:line="271" w:lineRule="auto"/>
        <w:ind w:right="288"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Лексические единицы с национально-культурной семантикой, связанные с особенностями мировосприятия и отношений между людьми (например, правда — ложь, друг — недруг, брат —братство — побратим).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2" w:after="0" w:line="262" w:lineRule="auto"/>
        <w:ind w:right="144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Лексические единицы с национально-культурной семантикой, называющие природные явления и растения (например, образные названия ветра, дождя, снега; названия растений).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Лексические единицы с национально-культурной семантикой, называющие занятия людей (например, ямщик, извозчик, коробейник, лавочник).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Лексические единицы с национально-культурной семантикой, называющие музыкальные инструменты (например, балалайка, гусли, гармонь).</w:t>
      </w:r>
    </w:p>
    <w:p w:rsidR="006916AA" w:rsidRPr="008D3EB4" w:rsidRDefault="008D3EB4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Русские традиционные сказочные образы, эпитеты и сравнения (например, Снегурочка, дубрава, сокол, соловей, зорька, солнце и т.п.): уточнение значений, наблюдение за использованием в произведениях фольклора и художественной литературы.</w:t>
      </w:r>
    </w:p>
    <w:p w:rsidR="006916AA" w:rsidRPr="008D3EB4" w:rsidRDefault="008D3EB4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Названия старинных русских городов, сведения о происхождении этих названий.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Проектные задания. Откуда в русском языке эта фамилия? История моих имени и фамилии (Приобретение опыта поиска информации о происхождении слов).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2. ЯЗЫК В ДЕЙСТВИИ </w:t>
      </w:r>
    </w:p>
    <w:p w:rsidR="006916AA" w:rsidRPr="008D3EB4" w:rsidRDefault="008D3EB4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Как правильно произносить слова (пропедевтическая работа по предупреждению ошибок в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286" w:right="794" w:bottom="416" w:left="666" w:header="720" w:footer="720" w:gutter="0"/>
          <w:cols w:space="720" w:equalWidth="0">
            <w:col w:w="10440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66" w:line="220" w:lineRule="exact"/>
        <w:rPr>
          <w:lang w:val="ru-RU"/>
        </w:rPr>
      </w:pPr>
    </w:p>
    <w:p w:rsidR="006916AA" w:rsidRPr="008D3EB4" w:rsidRDefault="008D3EB4">
      <w:pPr>
        <w:autoSpaceDE w:val="0"/>
        <w:autoSpaceDN w:val="0"/>
        <w:spacing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произношении слов в речи).</w:t>
      </w:r>
    </w:p>
    <w:p w:rsidR="006916AA" w:rsidRPr="008D3EB4" w:rsidRDefault="008D3EB4">
      <w:pPr>
        <w:autoSpaceDE w:val="0"/>
        <w:autoSpaceDN w:val="0"/>
        <w:spacing w:before="70" w:after="0" w:line="271" w:lineRule="auto"/>
        <w:ind w:right="576"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Многообразие суффиксов, позволяющих выразить различные оттенки значения и различную оценку, как специфика русского языка (например, книга, книжка, книжечка, книжица, книжонка, книжища; заяц, зайчик, зайчонок, зайчишка, заинька и т. п.) (на практическом уровне).</w:t>
      </w:r>
    </w:p>
    <w:p w:rsidR="006916AA" w:rsidRPr="008D3EB4" w:rsidRDefault="008D3EB4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Специфика грамматических категорий русского языка (например, категории рода, падежа имён существительных). Практическое овладение нормами употребления отдельных грамматических форм имён существительных (например, форм родительного падежа множественного числа). Практическое овладение нормами правильного и точного употребления предлогов, образования предложно-падежных форм существительных (на практическом уровне). Существительные, имеющие только форму единственного или только форму множественного числа (в рамках изученного).</w:t>
      </w:r>
    </w:p>
    <w:p w:rsidR="006916AA" w:rsidRPr="008D3EB4" w:rsidRDefault="008D3EB4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Совершенствование навыков орфографического оформления текста.</w:t>
      </w:r>
    </w:p>
    <w:p w:rsidR="006916AA" w:rsidRPr="008D3EB4" w:rsidRDefault="008D3EB4">
      <w:pPr>
        <w:autoSpaceDE w:val="0"/>
        <w:autoSpaceDN w:val="0"/>
        <w:spacing w:before="264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3. СЕКРЕТЫ РЕЧИ И ТЕКСТА </w:t>
      </w:r>
    </w:p>
    <w:p w:rsidR="006916AA" w:rsidRPr="008D3EB4" w:rsidRDefault="008D3EB4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Особенности устного выступления.</w:t>
      </w:r>
    </w:p>
    <w:p w:rsidR="006916AA" w:rsidRPr="008D3EB4" w:rsidRDefault="008D3EB4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Создание текстов-повествований о путешествии по городам, об участии в мастер-классах, связанных с народными промыслами. Создание текстов-рассуждений с использованием различных </w:t>
      </w:r>
      <w:proofErr w:type="gramStart"/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способов  аргументации</w:t>
      </w:r>
      <w:proofErr w:type="gramEnd"/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  (в  рамках  изученного). Редактирование  предложенных  текстов  с  целью совершенствования их содержания и формы (в пределах изученного в основном курсе).</w:t>
      </w:r>
    </w:p>
    <w:p w:rsidR="006916AA" w:rsidRPr="008D3EB4" w:rsidRDefault="008D3EB4">
      <w:pPr>
        <w:autoSpaceDE w:val="0"/>
        <w:autoSpaceDN w:val="0"/>
        <w:spacing w:before="70" w:after="0" w:line="271" w:lineRule="auto"/>
        <w:ind w:right="432"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Смысловой анализ фольклорных и художественных текстов или их фрагментов (народных и литературных сказок, рассказов, загадок, пословиц, притч и т. п.). Языковые особенности текстов фольклора и художественных текстов или их фрагментов.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4 КЛАСС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1. РУССКИЙ ЯЗЫК: ПРОШЛОЕ И НАСТОЯЩЕЕ </w:t>
      </w:r>
    </w:p>
    <w:p w:rsidR="006916AA" w:rsidRPr="008D3EB4" w:rsidRDefault="008D3EB4">
      <w:pPr>
        <w:autoSpaceDE w:val="0"/>
        <w:autoSpaceDN w:val="0"/>
        <w:spacing w:before="166" w:after="0"/>
        <w:ind w:right="144"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Лексические единицы с национально-культурной семантикой, связанные с качествами и чувствами людей (например, добросердечный, доброжелательный, благодарный, бескорыстный); связанные с обучением. Лексические единицы с национально-культурной семантикой, называющие родственные отношения (например, матушка, батюшка, братец, сестрица, мачеха, падчерица).</w:t>
      </w:r>
    </w:p>
    <w:p w:rsidR="006916AA" w:rsidRPr="008D3EB4" w:rsidRDefault="008D3EB4">
      <w:pPr>
        <w:autoSpaceDE w:val="0"/>
        <w:autoSpaceDN w:val="0"/>
        <w:spacing w:before="70" w:after="0"/>
        <w:ind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Пословицы, поговорки и фразеологизмы, возникновение которых связано с качествами, чувствами людей, с учением, с родственными отношениями (например, от корки до корки, вся семья вместе, так и душа на месте и т. д.). Сравнение с пословицами и поговорками других народов. Сравнение фразеологизмов из разных языков, имеющих общий смысл, но различную образную форму.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2" w:after="0" w:line="262" w:lineRule="auto"/>
        <w:ind w:right="1296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Русские традиционные эпитеты: уточнение значений, наблюдение за использованием в произведениях фольклора и художественной литературы.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Лексика, заимствованная русским языком из языков народов России и мира. Русские слова в языках других народов. </w:t>
      </w:r>
    </w:p>
    <w:p w:rsidR="006916AA" w:rsidRPr="008D3EB4" w:rsidRDefault="008D3EB4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Проектные задания. Откуда это слово появилось в русском языке? (Приобретение опыта поиска информации о происхождении слов). Сравнение толкований слов в словаре В. И.  Даля и современном толковом словаре. Русские слова в языках других народов.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2. ЯЗЫК В ДЕЙСТВИИ 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66" w:after="0" w:line="262" w:lineRule="auto"/>
        <w:ind w:right="1008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Как правильно произносить слова (пропедевтическая работа по предупреждению ошибок в произношении слов в речи). </w:t>
      </w:r>
    </w:p>
    <w:p w:rsidR="006916AA" w:rsidRPr="008D3EB4" w:rsidRDefault="008D3EB4">
      <w:pPr>
        <w:autoSpaceDE w:val="0"/>
        <w:autoSpaceDN w:val="0"/>
        <w:spacing w:before="70" w:after="0" w:line="271" w:lineRule="auto"/>
        <w:ind w:right="916" w:firstLine="180"/>
        <w:jc w:val="both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Трудные случаи образования формы 1-го лица единственного числа настоящего и будущего времени глаголов (на пропедевтическом уровне). Наблюдение за синонимией синтаксических конструкций на уровне словосочетаний и предложений (на пропедевтическом уровне).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286" w:right="648" w:bottom="416" w:left="666" w:header="720" w:footer="720" w:gutter="0"/>
          <w:cols w:space="720" w:equalWidth="0">
            <w:col w:w="10586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78" w:line="220" w:lineRule="exact"/>
        <w:rPr>
          <w:lang w:val="ru-RU"/>
        </w:rPr>
      </w:pPr>
    </w:p>
    <w:p w:rsidR="006916AA" w:rsidRPr="008D3EB4" w:rsidRDefault="008D3EB4">
      <w:pPr>
        <w:tabs>
          <w:tab w:val="left" w:pos="180"/>
        </w:tabs>
        <w:autoSpaceDE w:val="0"/>
        <w:autoSpaceDN w:val="0"/>
        <w:spacing w:after="0" w:line="262" w:lineRule="auto"/>
        <w:ind w:right="1584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История   возникновения   и   функции   знаков   препинания (в рамках изученного). Совершенствование навыков правильного пунктуационного оформления текста.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РАЗДЕЛ 3. СЕКРЕТЫ РЕЧИ И ТЕКСТА </w:t>
      </w:r>
    </w:p>
    <w:p w:rsidR="006916AA" w:rsidRPr="008D3EB4" w:rsidRDefault="008D3EB4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Правила ведения диалога: корректные и некорректные вопросы.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Различные виды чтения (изучающее и поисковое) научно-познавательных и художественных текстов об истории языка и культуре русского народа.</w:t>
      </w:r>
    </w:p>
    <w:p w:rsidR="006916AA" w:rsidRPr="008D3EB4" w:rsidRDefault="008D3EB4">
      <w:pPr>
        <w:autoSpaceDE w:val="0"/>
        <w:autoSpaceDN w:val="0"/>
        <w:spacing w:before="70" w:after="0" w:line="230" w:lineRule="auto"/>
        <w:jc w:val="center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Приёмы работы с примечаниями к тексту. Информативная функция заголовков. Типы заголовков.</w:t>
      </w:r>
    </w:p>
    <w:p w:rsidR="006916AA" w:rsidRPr="008D3EB4" w:rsidRDefault="008D3EB4">
      <w:pPr>
        <w:autoSpaceDE w:val="0"/>
        <w:autoSpaceDN w:val="0"/>
        <w:spacing w:before="70" w:after="0" w:line="278" w:lineRule="auto"/>
        <w:ind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Соотношение частей прочитанного или прослушанного текста: установление причинно-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следственных отношений этих частей, логических связей между абзацами текста. Составление плана текста, не разделенного на абзацы. Информационная переработка прослушанного или прочитанного текста: пересказ с изменением лица.</w:t>
      </w:r>
    </w:p>
    <w:p w:rsidR="006916AA" w:rsidRPr="008D3EB4" w:rsidRDefault="008D3EB4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Создание текста как результата собственной исследовательской деятельности.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Оценивание  устных  и  письменных  речевых  высказываний с точки зрения точного, уместного и выразительного словоупотребления. Редактирование предложенных и собственных текстов с целью совершенствования их содержания и формы; сопоставление первоначального и отредактированного текстов. Практический опыт использования учебных словарей в процессе редактирования текста.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Синонимия речевых формул (на практическом уровне).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298" w:right="816" w:bottom="1440" w:left="666" w:header="720" w:footer="720" w:gutter="0"/>
          <w:cols w:space="720" w:equalWidth="0">
            <w:col w:w="10418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78" w:line="220" w:lineRule="exact"/>
        <w:rPr>
          <w:lang w:val="ru-RU"/>
        </w:rPr>
      </w:pPr>
    </w:p>
    <w:p w:rsidR="006916AA" w:rsidRPr="008D3EB4" w:rsidRDefault="008D3EB4">
      <w:pPr>
        <w:autoSpaceDE w:val="0"/>
        <w:autoSpaceDN w:val="0"/>
        <w:spacing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6916AA" w:rsidRPr="008D3EB4" w:rsidRDefault="008D3EB4">
      <w:pPr>
        <w:autoSpaceDE w:val="0"/>
        <w:autoSpaceDN w:val="0"/>
        <w:spacing w:before="346" w:after="0" w:line="271" w:lineRule="auto"/>
        <w:ind w:right="802" w:firstLine="180"/>
        <w:jc w:val="both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Изучение родного языка (русского)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6916AA" w:rsidRPr="008D3EB4" w:rsidRDefault="008D3EB4">
      <w:pPr>
        <w:autoSpaceDE w:val="0"/>
        <w:autoSpaceDN w:val="0"/>
        <w:spacing w:before="166" w:after="0" w:line="271" w:lineRule="auto"/>
        <w:ind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В результате изучения предмета «Родной язык (русский)» в начальной школе у обучающегося будут сформированы следующие личностные результаты при реализации основных направлений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воспитательной деятельности: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92" w:after="0" w:line="288" w:lineRule="auto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гражданско-патриотического воспитания: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становление ценностного отношения к своей Родине — России, в том числе через изучение родного русского языка, отражающего историю и культуру страны;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уважение к своему и другим народам, формируемое в том числе на основе примеров из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художественных произведений;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межличностных отношений, в том числе отражённых в художественных произведениях;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90" w:after="0" w:line="283" w:lineRule="auto"/>
        <w:ind w:right="144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духовно-нравственного воспитания: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признание индивидуальности каждого человека с опорой на собственный жизненный и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читательский опыт;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проявление сопереживания, уважения и доброжелательности, в том числе с использованием адекватных  языковых средств для выражения своего состояния и чувств;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92" w:after="0" w:line="281" w:lineRule="auto"/>
        <w:ind w:right="144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эстетического воспитания: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уважительное отношение и интерес к художественной культуре, восприимчивость к разным видам искусства, традициям и творчеству своего и других народов;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стремление к самовыражению в разных видах художественной деятельности, в том числе в искусстве слова; осознание важности русского языка как средства общения и самовыражения;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90" w:after="0" w:line="283" w:lineRule="auto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физического воспитания, формирования культуры здоровья и эмоционального благополучия: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 в процессе языкового образования;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бережное отношение к физическому и психическому здоровью, проявляющееся в выборе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приемлемых способов речевого самовыражения и соблюдении норм речевого этикета и правил общения;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90" w:after="0" w:line="271" w:lineRule="auto"/>
        <w:ind w:right="432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трудового воспитания: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осознание ценности труда  в  жизни  человека  и  общества (в том числе благодаря примерам из художественных произведений), ответственное потребление и бережное отношение к результатам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298" w:right="650" w:bottom="3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66" w:line="220" w:lineRule="exact"/>
        <w:rPr>
          <w:lang w:val="ru-RU"/>
        </w:rPr>
      </w:pPr>
    </w:p>
    <w:p w:rsidR="006916AA" w:rsidRPr="008D3EB4" w:rsidRDefault="008D3EB4">
      <w:pPr>
        <w:autoSpaceDE w:val="0"/>
        <w:autoSpaceDN w:val="0"/>
        <w:spacing w:after="0" w:line="262" w:lineRule="auto"/>
        <w:ind w:right="144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произведений;</w:t>
      </w:r>
    </w:p>
    <w:p w:rsidR="006916AA" w:rsidRPr="008D3EB4" w:rsidRDefault="008D3EB4">
      <w:pPr>
        <w:autoSpaceDE w:val="0"/>
        <w:autoSpaceDN w:val="0"/>
        <w:spacing w:before="190" w:after="0" w:line="271" w:lineRule="auto"/>
        <w:ind w:left="180" w:right="2448"/>
        <w:rPr>
          <w:lang w:val="ru-RU"/>
        </w:rPr>
      </w:pPr>
      <w:r w:rsidRPr="008D3EB4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экологического воспитания: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бережное отношение к природе, формируемое в процессе работы с текстами; неприятие действий, приносящих ей вред;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90" w:after="0" w:line="281" w:lineRule="auto"/>
        <w:ind w:right="432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ценности научного познания: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первоначальные  представления  о   научной   картине   мира (в том числе первоначальные представления о системе языка как одной из составляющих целостной научной картины мира); 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6916AA" w:rsidRPr="008D3EB4" w:rsidRDefault="008D3EB4">
      <w:pPr>
        <w:autoSpaceDE w:val="0"/>
        <w:autoSpaceDN w:val="0"/>
        <w:spacing w:before="264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66" w:after="0" w:line="262" w:lineRule="auto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В результате изучения предмета «Родной язык (русский)» в начальной школе у обучающегося будут сформированы следующие познавательные универсальные учебные действия 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Базовые логические действия: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сравнивать различные языковые единицы, устанавливать основания для сравнения языковых единиц, устанавливать аналогии языковых единиц;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объединять объекты (языковые единицы) по определённому признаку;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определять существенный признак для классификации языковых единиц; классифицировать языковые единицы;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 учебные  операции при анализе языковых единиц;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недостаток информации для решения учебной и практической задачи на основе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предложенного алгоритма, формулировать запрос на дополнительную информацию;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устанавливать причинно-следственные связи в ситуациях наблюдения за языковым материалом, делать выводы.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90" w:after="0" w:line="286" w:lineRule="auto"/>
        <w:ind w:right="288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Базовые исследовательские действия: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 помощью учителя формулировать цель, планировать изменения языкового объекта, речевой ситуации;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сравнивать несколько вариантов выполнения задания, выбирать наиболее подходящий (на основе предложенных критериев); проводить по предложенному плану несложное лингвистическое мини-исследование, выполнять по предложенному плану проектное задание;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90" w:after="0" w:line="281" w:lineRule="auto"/>
        <w:ind w:right="720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Работа с информацией: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выбирать источник получения информации: нужный словарь для получения запрашиваемой информации, для уточнения;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согласно заданному алгоритму находить представленную в явном виде информацию в предложенном источнике: в словарях, справочниках;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распознавать достоверную и недостоверную информацию самостоятельно или на основании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286" w:right="666" w:bottom="332" w:left="666" w:header="720" w:footer="720" w:gutter="0"/>
          <w:cols w:space="720" w:equalWidth="0">
            <w:col w:w="10568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66" w:line="220" w:lineRule="exact"/>
        <w:rPr>
          <w:lang w:val="ru-RU"/>
        </w:rPr>
      </w:pPr>
    </w:p>
    <w:p w:rsidR="006916AA" w:rsidRPr="008D3EB4" w:rsidRDefault="008D3EB4">
      <w:pPr>
        <w:tabs>
          <w:tab w:val="left" w:pos="180"/>
        </w:tabs>
        <w:autoSpaceDE w:val="0"/>
        <w:autoSpaceDN w:val="0"/>
        <w:spacing w:after="0" w:line="286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предложенного учителем способа её проверки (обращаясь к словарям, справочникам, учебнику);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 и создавать текстовую, видео, графическую, звуковую информацию в соответствии с учебной задачей;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62" w:lineRule="auto"/>
        <w:ind w:right="1296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К концу обучения в начальной школе у обучающегося формируются коммуникативные универсальные учебные действия.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92" w:after="0" w:line="288" w:lineRule="auto"/>
        <w:ind w:right="144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Общение: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и формулировать суждения, выражать эмоции в соответствии с целями и условиями общения в знакомой среде; проявлять уважительное отношение к собеседнику, соблюдать правила ведения диалоги и дискуссии;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признавать возможность существования разных точек зрения;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корректно и аргументированно высказывать своё мнение; строить речевое высказывание в соответствии с поставленной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задачей;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создавать устные и письменные тексты (описание, рассуждение, повествование) в соответствии с речевой ситуацией;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готовить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подбирать иллюстративный материал (рисунки, фото, плакаты) к тексту выступления.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90" w:after="0" w:line="286" w:lineRule="auto"/>
        <w:ind w:right="144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Совместная деятельность: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проявлять готовность руководить, выполнять поручения, подчиняться, самостоятельно разрешать конфликты;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ответственно выполнять свою часть работы; оценивать свой вклад в общий результат;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выполнять совместные проектные задания с опорой на предложенные образцы.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К концу обучения в начальной школе у обучающегося формируются регулятивные универсальные учебные действия.</w:t>
      </w:r>
    </w:p>
    <w:p w:rsidR="006916AA" w:rsidRPr="008D3EB4" w:rsidRDefault="008D3EB4">
      <w:pPr>
        <w:autoSpaceDE w:val="0"/>
        <w:autoSpaceDN w:val="0"/>
        <w:spacing w:before="190" w:after="0" w:line="271" w:lineRule="auto"/>
        <w:ind w:left="180" w:right="2304"/>
        <w:rPr>
          <w:lang w:val="ru-RU"/>
        </w:rPr>
      </w:pPr>
      <w:r w:rsidRPr="008D3EB4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Самоорганизация: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планировать действия по решению учебной задачи для получения результата; выстраивать последовательность выбранных действий.</w:t>
      </w:r>
    </w:p>
    <w:p w:rsidR="006916AA" w:rsidRPr="008D3EB4" w:rsidRDefault="008D3EB4">
      <w:pPr>
        <w:tabs>
          <w:tab w:val="left" w:pos="180"/>
        </w:tabs>
        <w:autoSpaceDE w:val="0"/>
        <w:autoSpaceDN w:val="0"/>
        <w:spacing w:before="190" w:after="0" w:line="283" w:lineRule="auto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Самоконтроль: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устанавливать причины успеха/неудач учебной деятельности; корректировать свои учебные действия для преодоления речевых и орфографических ошибок;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соотносить результат деятельности с поставленной учебной задачей по выделению, характеристике, использованию языковых единиц;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находить ошибку, допущенную при работе с языковым мате- риалом, находить орфографическую и пунктуационную ошибку;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286" w:right="704" w:bottom="368" w:left="666" w:header="720" w:footer="720" w:gutter="0"/>
          <w:cols w:space="720" w:equalWidth="0">
            <w:col w:w="10530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78" w:line="220" w:lineRule="exact"/>
        <w:rPr>
          <w:lang w:val="ru-RU"/>
        </w:rPr>
      </w:pPr>
    </w:p>
    <w:p w:rsidR="006916AA" w:rsidRPr="008D3EB4" w:rsidRDefault="008D3EB4">
      <w:pPr>
        <w:tabs>
          <w:tab w:val="left" w:pos="180"/>
        </w:tabs>
        <w:autoSpaceDE w:val="0"/>
        <w:autoSpaceDN w:val="0"/>
        <w:spacing w:after="0" w:line="262" w:lineRule="auto"/>
        <w:rPr>
          <w:lang w:val="ru-RU"/>
        </w:rPr>
      </w:pP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6916AA" w:rsidRPr="008D3EB4" w:rsidRDefault="008D3EB4">
      <w:pPr>
        <w:autoSpaceDE w:val="0"/>
        <w:autoSpaceDN w:val="0"/>
        <w:spacing w:before="166" w:after="0" w:line="286" w:lineRule="auto"/>
        <w:ind w:firstLine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Изучение учебного предмета «Родной язык (русский)» в течение четырёх лет обучения должно обеспечить воспитание ценностного отношения к родному языку как отражению культуры, включение учащихся в культурно-языковое пространство русского народа, осмысление красоты и величия русского языка; приобщение к литературному наследию русского народа; обогащение активного и пассивного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расширение знаний о родном языке как системе и как развивающемся явлении, формирование аналитических умений в отношении языковых единиц и текстов разных функционально-смысловых типов и жанров.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1 КЛАСС</w:t>
      </w:r>
    </w:p>
    <w:p w:rsidR="006916AA" w:rsidRPr="008D3EB4" w:rsidRDefault="008D3EB4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</w:t>
      </w: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в 1 классе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 обучающийся научится:</w:t>
      </w:r>
    </w:p>
    <w:p w:rsidR="006916AA" w:rsidRPr="008D3EB4" w:rsidRDefault="008D3EB4">
      <w:pPr>
        <w:autoSpaceDE w:val="0"/>
        <w:autoSpaceDN w:val="0"/>
        <w:spacing w:before="178" w:after="0" w:line="271" w:lineRule="auto"/>
        <w:ind w:left="420" w:right="144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распознавать слова с национально-культурным компонентом значения, обозначающие предметы традиционного русского быта (дом, одежда), понимать значение устаревших слов по указанной тематике;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 w:right="288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 словарные статьи учебного пособия для определения лексического значения слова;</w:t>
      </w:r>
    </w:p>
    <w:p w:rsidR="006916AA" w:rsidRPr="008D3EB4" w:rsidRDefault="008D3EB4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понимать значение русских пословиц и поговорок, связанных с изученными темами;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 w:right="576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осознавать важность соблюдения норм современного русского литературного языка для культурного человека;</w:t>
      </w:r>
    </w:p>
    <w:p w:rsidR="006916AA" w:rsidRPr="008D3EB4" w:rsidRDefault="008D3EB4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произносить слова с правильным ударением (в рамках изученного);</w:t>
      </w:r>
    </w:p>
    <w:p w:rsidR="006916AA" w:rsidRPr="008D3EB4" w:rsidRDefault="008D3EB4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осознавать смыслоразличительную роль ударения;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 w:right="432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соотносить собственную и чужую речь с нормами современного русского литературного языка (в рамках изученного);</w:t>
      </w:r>
    </w:p>
    <w:p w:rsidR="006916AA" w:rsidRPr="008D3EB4" w:rsidRDefault="008D3EB4">
      <w:pPr>
        <w:autoSpaceDE w:val="0"/>
        <w:autoSpaceDN w:val="0"/>
        <w:spacing w:before="240" w:after="0" w:line="262" w:lineRule="auto"/>
        <w:ind w:left="420" w:right="432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6916AA" w:rsidRPr="008D3EB4" w:rsidRDefault="008D3EB4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различать этикетные формы обращения в официальной и неофициальной речевой ситуации;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 w:right="288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уместно использовать коммуникативные приёмы диалога (начало и завершение диалога и др.);</w:t>
      </w:r>
    </w:p>
    <w:p w:rsidR="006916AA" w:rsidRPr="008D3EB4" w:rsidRDefault="008D3EB4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владеть правилами корректного речевого поведения в ходе диалога;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 w:right="7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 в речи языковые средства для свободного выражения мыслей и чувств на родном языке адекватно ситуации общения;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владеть различными приёмами слушания научно-познавательных и художественных текстов об истории языка и культуре русского народа;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анализировать информацию прочитанного и прослушанного текста: выделять в нём наиболее существенные факты.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298" w:right="772" w:bottom="338" w:left="666" w:header="720" w:footer="720" w:gutter="0"/>
          <w:cols w:space="720" w:equalWidth="0">
            <w:col w:w="10462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78" w:line="220" w:lineRule="exact"/>
        <w:rPr>
          <w:lang w:val="ru-RU"/>
        </w:rPr>
      </w:pPr>
    </w:p>
    <w:p w:rsidR="006916AA" w:rsidRPr="008D3EB4" w:rsidRDefault="008D3EB4">
      <w:pPr>
        <w:tabs>
          <w:tab w:val="left" w:pos="180"/>
          <w:tab w:val="left" w:pos="420"/>
        </w:tabs>
        <w:autoSpaceDE w:val="0"/>
        <w:autoSpaceDN w:val="0"/>
        <w:spacing w:after="0" w:line="372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 КЛАСС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</w:t>
      </w: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во 2 классе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 обучающийся научится: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осознавать роль русского родного языка в постижении культуры своего народа;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осознавать язык как развивающееся явление, связанное с историей народа;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распознавать слова с национально-культурным компонентом значения, обозначающие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предметы традиционного русского быта (одежда, еда, домашняя утварь, детские забавы, игры,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игрушки), понимать значение устаревших слов по указанной тематике;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использовать словарные статьи учебного пособия для определения лексического значения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слова;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 значение русских пословиц и поговорок, крылатых выражений; связанных с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изученными темами; правильно употреблять их в современных ситуациях речевого общения;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 значение фразеологических оборотов, отражающих русскую культуру, менталитет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русского народа, элементы русского традиционного быта (в рамках изученных тем); осознавать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уместность их употребления в современных ситуациях речевого общения;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произносить слова с правильным ударением (в рамках изученного);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осознавать смыслоразличительную роль ударения на примере омографов;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соблюдать основные лексические нормы современного русского литературного языка: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выбирать из нескольких возможных слов то слово, которое наиболее точно соответствует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обозначаемому предмету или явлению реальной действительности;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проводить синонимические замены с учётом особенностей текста;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пользоваться учебными толковыми словарями для определения лексического значения слова;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пользоваться учебными фразеологическими словарями, учебными словарями синонимов и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антонимов для уточнения значения слов и выражений;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пользоваться орфографическим словарём для определения нормативного написания слов;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различать этикетные формы обращения в официальной и неофициальной речевой ситуации;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владеть правилами корректного речевого поведения в ходе диалога;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использовать коммуникативные приёмы устного общения: убеждение, уговаривание,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похвалу, просьбу, извинение, поздравление;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использовать в речи языковые средства для свободного выражения мыслей и чувств на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родном языке адекватно ситуации общения;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владеть различными приёмами слушания научно-познавательных и  художественных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текстов  об  истории  языка  и о культуре русского народа;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анализировать информацию прочитанного и прослушанного текста: отличать главные факты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от второстепенных; выделять наиболее существенные факты; устанавливать логическую связь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между фактами;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строить устные сообщения различных видов: развернутый ответ, ответ-добавление,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298" w:right="786" w:bottom="408" w:left="666" w:header="720" w:footer="720" w:gutter="0"/>
          <w:cols w:space="720" w:equalWidth="0">
            <w:col w:w="10448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66" w:line="220" w:lineRule="exact"/>
        <w:rPr>
          <w:lang w:val="ru-RU"/>
        </w:rPr>
      </w:pPr>
    </w:p>
    <w:p w:rsidR="006916AA" w:rsidRPr="008D3EB4" w:rsidRDefault="008D3EB4">
      <w:pPr>
        <w:autoSpaceDE w:val="0"/>
        <w:autoSpaceDN w:val="0"/>
        <w:spacing w:after="0" w:line="370" w:lineRule="auto"/>
        <w:ind w:left="420" w:right="432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комментирование ответа или работы одноклассника;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создавать тексты-инструкции с опорой на предложенный текст;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создавать тексты-повествования о посещении музеев, об участии в народных праздниках.</w:t>
      </w:r>
    </w:p>
    <w:p w:rsidR="006916AA" w:rsidRPr="008D3EB4" w:rsidRDefault="008D3EB4">
      <w:pPr>
        <w:tabs>
          <w:tab w:val="left" w:pos="180"/>
          <w:tab w:val="left" w:pos="420"/>
        </w:tabs>
        <w:autoSpaceDE w:val="0"/>
        <w:autoSpaceDN w:val="0"/>
        <w:spacing w:before="322" w:after="0" w:line="367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 КЛАСС 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</w:t>
      </w: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в 3 классе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 обучающийся научится: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осознавать национальное своеобразие, богатство, выразительность русского языка;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распознавать слова с национально-культурным компонентом значения (лексика, связанная с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особенностями мировосприятия и отношений между людьми; слова, называющие природные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явления и растения; слова, называющие занятия людей; слова, называющие музыкальные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инструменты);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распознавать русские традиционные сказочные образы, эпитеты и сравнения; наблюдать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особенности их употребления в произведениях устного народного творчества и произведениях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детской художественной литературы;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использовать словарные статьи учебного пособия для определения лексического значения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слова;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 значение русских пословиц и поговорок,  крылатых выражений, связанных с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изученными темами; правильно употреблять их в современных ситуациях речевого общения;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 значение фразеологических оборотов, отражающих русскую культуру, менталитет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русского народа, элементы русского традиционного быта (в рамках изученных тем); осознавать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уместность их употребления в современных ситуациях речевого общения;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соблюдать на письме и в устной речи нормы современного русского литературного языка (в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рамках изученного);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произносить слова с правильным ударением (в рамках изученного);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использовать учебный орфоэпический словарь для определения нормативного произношения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слова, вариантов произношения;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выбирать из нескольких возможных слов то слово, которое наиболее точно соответствует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обозначаемому предмету или явлению реальной действительности;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проводить синонимические замены с учётом особенностей текста;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правильно употреблять отдельные формы множественного числа имён существительных;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выявлять и исправлять в устной речи типичные грамматические ошибки, связанные с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нарушением согласования имени существительного и имени прилагательного в числе, роде, 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падеже;</w:t>
      </w:r>
      <w:r w:rsidRPr="008D3EB4">
        <w:rPr>
          <w:lang w:val="ru-RU"/>
        </w:rPr>
        <w:br/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пользоваться учебными толковыми словарями для определения лексического значения слова;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пользоваться орфографическим словарём для определения нормативного написания слов;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различать этикетные формы обращения в официальной и неофициальной речевой ситуации;</w:t>
      </w:r>
      <w:r w:rsidRPr="008D3EB4">
        <w:rPr>
          <w:lang w:val="ru-RU"/>
        </w:rPr>
        <w:tab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владеть правилами корректного речевого поведения в ходе диалога;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286" w:right="786" w:bottom="378" w:left="666" w:header="720" w:footer="720" w:gutter="0"/>
          <w:cols w:space="720" w:equalWidth="0">
            <w:col w:w="10448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90" w:line="220" w:lineRule="exact"/>
        <w:rPr>
          <w:lang w:val="ru-RU"/>
        </w:rPr>
      </w:pPr>
    </w:p>
    <w:p w:rsidR="006916AA" w:rsidRPr="008D3EB4" w:rsidRDefault="008D3EB4">
      <w:pPr>
        <w:autoSpaceDE w:val="0"/>
        <w:autoSpaceDN w:val="0"/>
        <w:spacing w:after="0" w:line="262" w:lineRule="auto"/>
        <w:ind w:left="420" w:right="7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 коммуникативные приёмы устного общения: убеждение, уговаривание, похвалу, просьбу, извинение, поздравление;</w:t>
      </w:r>
    </w:p>
    <w:p w:rsidR="006916AA" w:rsidRPr="008D3EB4" w:rsidRDefault="008D3EB4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выражать мысли и чувства на родном языке в соответствии с ситуацией общения;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 w:right="7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владеть различными приёмами слушания научно-познавательных и  художественных текстов  об  истории  языка  и о культуре русского народа;</w:t>
      </w:r>
    </w:p>
    <w:p w:rsidR="006916AA" w:rsidRPr="008D3EB4" w:rsidRDefault="008D3EB4">
      <w:pPr>
        <w:autoSpaceDE w:val="0"/>
        <w:autoSpaceDN w:val="0"/>
        <w:spacing w:before="238" w:after="0" w:line="271" w:lineRule="auto"/>
        <w:ind w:left="4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анализировать информацию прочитанного и прослушанного текста: отличать главные факты от второстепенных, выделять наиболее существенные факты, устанавливать логическую связь между фактами;</w:t>
      </w:r>
    </w:p>
    <w:p w:rsidR="006916AA" w:rsidRPr="008D3EB4" w:rsidRDefault="008D3EB4">
      <w:pPr>
        <w:autoSpaceDE w:val="0"/>
        <w:autoSpaceDN w:val="0"/>
        <w:spacing w:before="240" w:after="0" w:line="271" w:lineRule="auto"/>
        <w:ind w:left="420" w:right="288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проводить смысловой анализ фольклорных и художественных текстов или их фрагментов (народных и литературных сказок, рассказов, загадок, пословиц, притч и т. п.), определять языковые особенностей текстов;</w:t>
      </w:r>
    </w:p>
    <w:p w:rsidR="006916AA" w:rsidRPr="008D3EB4" w:rsidRDefault="008D3EB4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выявлять и исправлять речевые ошибки в устной речи;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 w:right="576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создавать тексты-повествования об участии в мастер-классах, связанных с народными промыслами;</w:t>
      </w:r>
    </w:p>
    <w:p w:rsidR="006916AA" w:rsidRPr="008D3EB4" w:rsidRDefault="008D3EB4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создавать тексты-рассуждения с использованием различных способов аргументации;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оценивать устные и письменные речевые высказывания с точки зрения точного, уместного и выразительного словоупотребления;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 w:right="144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редактировать письменный текст с целью исправления речевых ошибок или с целью более точной передачи смысла.</w:t>
      </w:r>
    </w:p>
    <w:p w:rsidR="006916AA" w:rsidRPr="008D3EB4" w:rsidRDefault="008D3EB4">
      <w:pPr>
        <w:autoSpaceDE w:val="0"/>
        <w:autoSpaceDN w:val="0"/>
        <w:spacing w:before="32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4 КЛАСС</w:t>
      </w:r>
    </w:p>
    <w:p w:rsidR="006916AA" w:rsidRPr="008D3EB4" w:rsidRDefault="008D3EB4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</w:t>
      </w: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в 4 классе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 обучающийся научится:</w:t>
      </w:r>
    </w:p>
    <w:p w:rsidR="006916AA" w:rsidRPr="008D3EB4" w:rsidRDefault="008D3EB4">
      <w:pPr>
        <w:autoSpaceDE w:val="0"/>
        <w:autoSpaceDN w:val="0"/>
        <w:spacing w:before="178" w:after="0" w:line="271" w:lineRule="auto"/>
        <w:ind w:left="420" w:right="86"/>
        <w:jc w:val="both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распознавать слова с национально-культурным компонентом значения (лексика, связанная с особенностями мировосприятия и отношений между людьми; с качествами и чувствами людей; родственными отношениями);</w:t>
      </w:r>
    </w:p>
    <w:p w:rsidR="006916AA" w:rsidRPr="008D3EB4" w:rsidRDefault="008D3EB4">
      <w:pPr>
        <w:autoSpaceDE w:val="0"/>
        <w:autoSpaceDN w:val="0"/>
        <w:spacing w:before="238" w:after="0" w:line="274" w:lineRule="auto"/>
        <w:ind w:left="420" w:right="576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распознавать русские традиционные сказочные образы, понимать значение эпитетов и сравнений в произведениях устного народного творчества и произведениях детской художественной литературы;</w:t>
      </w:r>
    </w:p>
    <w:p w:rsidR="006916AA" w:rsidRPr="008D3EB4" w:rsidRDefault="008D3EB4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осознавать уместность употребления эпитетов и сравнений в речи;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 w:right="288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 словарные статьи учебного пособия для определения лексического значения слова;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 w:right="288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понимать значение русских пословиц и поговорок, крылатых выражений; связанных с изученными темами; правильно употреблять их в современных ситуациях речевого общения;</w:t>
      </w:r>
    </w:p>
    <w:p w:rsidR="006916AA" w:rsidRPr="008D3EB4" w:rsidRDefault="008D3EB4">
      <w:pPr>
        <w:autoSpaceDE w:val="0"/>
        <w:autoSpaceDN w:val="0"/>
        <w:spacing w:before="238" w:after="0" w:line="271" w:lineRule="auto"/>
        <w:ind w:left="42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понимать значение фразеологических оборотов, отражающих русскую культуру, менталитет русского народа, элементы русского традиционного быта (в рамках изученных тем); осознавать уместность их употребления в современных ситуациях речевого общения;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left="420" w:right="432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соотносить собственную и чужую речь с нормами современного русского литературного языка (в рамках изученного);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310" w:right="860" w:bottom="438" w:left="666" w:header="720" w:footer="720" w:gutter="0"/>
          <w:cols w:space="720" w:equalWidth="0">
            <w:col w:w="10374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108" w:line="220" w:lineRule="exact"/>
        <w:rPr>
          <w:lang w:val="ru-RU"/>
        </w:rPr>
      </w:pPr>
    </w:p>
    <w:p w:rsidR="006916AA" w:rsidRPr="008D3EB4" w:rsidRDefault="008D3EB4">
      <w:pPr>
        <w:autoSpaceDE w:val="0"/>
        <w:autoSpaceDN w:val="0"/>
        <w:spacing w:after="0" w:line="377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соблюдать на письме и в устной речи нормы современного русского литературного языка (в рамках изученного);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произносить слова с правильным ударением (в рамках изученного);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проводить синонимические замены с учётом особенностей текста;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заменять синонимическими конструкциями отдельные глаголы, у которых нет формы 1-го лица единственного числа настоящего и будущего времени;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выявлять и исправлять в устной речи типичные грамматические ошибки, связанные с нарушением координации подлежащего и сказуемого в числе‚ роде (если сказуемое выражено глаголом в форме прошедшего времени);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редактировать письменный текст с целью исправления грамматических ошибок;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соблюдать изученные орфографические и пунктуационные нормы при записи собственного текста (в рамках изученного);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пользоваться учебными толковыми словарями для определения лексического значения слова, для уточнения нормы формообразования;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пользоваться орфографическим словарём для определения нормативного написания слов;—  пользоваться учебным этимологическим словарём для уточнения происхождения слова;—  различать этикетные формы обращения в официальной и неофициальной речевой ситуации;—  владеть правилами корректного речевого поведения в ходе диалога;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 коммуникативные приёмы устного общения: убеждение, уговаривание, похвалу, просьбу, извинение, поздравление;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выражать мысли и чувства на родном языке в соответствии с ситуацией общения;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—  строить устные сообщения различных видов: развернутый ответ, ответ-добавление,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комментирование ответа или работы одноклассника, мини-доклад;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владеть различными приёмами слушания научно-познавательных и  художественных текстов  об  истории  языка  и о культуре русского народа;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владеть различными видами чтения (изучающим и поисковым) научно-познавательных и художественных текстов об истории языка и культуре русского народа;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анализировать информацию прочитанного и прослушанного текста: отличать главные факты от второстепенных, выделять наиболее существенные факты, устанавливать логическую связь между фактами;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соотносить части прочитанного или прослушанного текста: устанавливать причинно-следственные отношения этих частей, логические связи между абзацами текста;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составлять план текста, не разделённого на абзацы;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приводить объяснения заголовка текста;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328" w:right="792" w:bottom="312" w:left="1086" w:header="720" w:footer="720" w:gutter="0"/>
          <w:cols w:space="720" w:equalWidth="0">
            <w:col w:w="10022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156" w:line="220" w:lineRule="exact"/>
        <w:rPr>
          <w:lang w:val="ru-RU"/>
        </w:rPr>
      </w:pPr>
    </w:p>
    <w:p w:rsidR="006916AA" w:rsidRPr="008D3EB4" w:rsidRDefault="008D3EB4">
      <w:pPr>
        <w:autoSpaceDE w:val="0"/>
        <w:autoSpaceDN w:val="0"/>
        <w:spacing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владеть приёмами работы с примечаниями к тексту;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right="144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владеть умениями информационной переработки прослушанного или прочитанного текста: пересказывать текст с изменением лица;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создавать тексты-повествования о посещении музеев, об участии в народных праздниках, об участии в мастер-классах, связанных с народными промыслами;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right="288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создавать текст как результат собственного мини-исследования; оформлять сообщение в письменной форме и представлять его в устной форме;</w:t>
      </w:r>
    </w:p>
    <w:p w:rsidR="006916AA" w:rsidRPr="008D3EB4" w:rsidRDefault="008D3EB4">
      <w:pPr>
        <w:autoSpaceDE w:val="0"/>
        <w:autoSpaceDN w:val="0"/>
        <w:spacing w:before="240" w:after="0" w:line="262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оценивать устные и письменные речевые высказывания с точки зрения точного, уместного и выразительного словоупотребления;</w:t>
      </w:r>
    </w:p>
    <w:p w:rsidR="006916AA" w:rsidRPr="008D3EB4" w:rsidRDefault="008D3EB4">
      <w:pPr>
        <w:autoSpaceDE w:val="0"/>
        <w:autoSpaceDN w:val="0"/>
        <w:spacing w:before="240" w:after="0" w:line="262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редактировать предлагаемый письменный текст с целью исправления речевых ошибок или с целью более точной передачи смысла;</w:t>
      </w:r>
    </w:p>
    <w:p w:rsidR="006916AA" w:rsidRPr="008D3EB4" w:rsidRDefault="008D3EB4">
      <w:pPr>
        <w:autoSpaceDE w:val="0"/>
        <w:autoSpaceDN w:val="0"/>
        <w:spacing w:before="238" w:after="0" w:line="262" w:lineRule="auto"/>
        <w:ind w:right="288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—  редактировать собственные тексты с целью совершенствования их содержания и формы; сопоставлять первоначальный и отредактированный тексты.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376" w:right="890" w:bottom="1440" w:left="1086" w:header="720" w:footer="720" w:gutter="0"/>
          <w:cols w:space="720" w:equalWidth="0">
            <w:col w:w="9924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64" w:line="220" w:lineRule="exact"/>
        <w:rPr>
          <w:lang w:val="ru-RU"/>
        </w:rPr>
      </w:pPr>
    </w:p>
    <w:p w:rsidR="006916AA" w:rsidRDefault="008D3EB4">
      <w:pPr>
        <w:autoSpaceDE w:val="0"/>
        <w:autoSpaceDN w:val="0"/>
        <w:spacing w:after="92" w:line="374" w:lineRule="auto"/>
        <w:ind w:right="11952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  <w:r>
        <w:br/>
      </w:r>
      <w:r>
        <w:rPr>
          <w:rFonts w:ascii="Times New Roman" w:eastAsia="Times New Roman" w:hAnsi="Times New Roman"/>
          <w:b/>
          <w:color w:val="000000"/>
          <w:sz w:val="18"/>
        </w:rPr>
        <w:t>1 КЛАСС</w:t>
      </w: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6012"/>
        <w:gridCol w:w="567"/>
        <w:gridCol w:w="1134"/>
        <w:gridCol w:w="1134"/>
        <w:gridCol w:w="850"/>
        <w:gridCol w:w="2835"/>
        <w:gridCol w:w="1134"/>
        <w:gridCol w:w="1435"/>
      </w:tblGrid>
      <w:tr w:rsidR="0050158B" w:rsidTr="0050158B">
        <w:trPr>
          <w:trHeight w:val="333"/>
        </w:trPr>
        <w:tc>
          <w:tcPr>
            <w:tcW w:w="396" w:type="dxa"/>
            <w:vMerge w:val="restart"/>
          </w:tcPr>
          <w:p w:rsidR="0050158B" w:rsidRDefault="0050158B" w:rsidP="0050158B">
            <w:pPr>
              <w:pStyle w:val="TableParagraph"/>
              <w:spacing w:before="74" w:line="266" w:lineRule="auto"/>
              <w:ind w:right="6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№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п/п</w:t>
            </w:r>
          </w:p>
        </w:tc>
        <w:tc>
          <w:tcPr>
            <w:tcW w:w="6012" w:type="dxa"/>
            <w:vMerge w:val="restart"/>
          </w:tcPr>
          <w:p w:rsidR="0050158B" w:rsidRDefault="0050158B" w:rsidP="0050158B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Наименование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разделов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тем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программы</w:t>
            </w:r>
          </w:p>
        </w:tc>
        <w:tc>
          <w:tcPr>
            <w:tcW w:w="2835" w:type="dxa"/>
            <w:gridSpan w:val="3"/>
          </w:tcPr>
          <w:p w:rsidR="0050158B" w:rsidRDefault="0050158B" w:rsidP="0050158B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Количество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часов</w:t>
            </w:r>
          </w:p>
        </w:tc>
        <w:tc>
          <w:tcPr>
            <w:tcW w:w="850" w:type="dxa"/>
            <w:vMerge w:val="restart"/>
          </w:tcPr>
          <w:p w:rsidR="0050158B" w:rsidRDefault="0050158B" w:rsidP="0050158B">
            <w:pPr>
              <w:pStyle w:val="TableParagraph"/>
              <w:spacing w:before="74" w:line="266" w:lineRule="auto"/>
              <w:ind w:left="78" w:right="40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Дата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изучения</w:t>
            </w:r>
          </w:p>
        </w:tc>
        <w:tc>
          <w:tcPr>
            <w:tcW w:w="2835" w:type="dxa"/>
            <w:vMerge w:val="restart"/>
          </w:tcPr>
          <w:p w:rsidR="0050158B" w:rsidRDefault="0050158B" w:rsidP="0050158B">
            <w:pPr>
              <w:pStyle w:val="TableParagraph"/>
              <w:spacing w:before="74"/>
              <w:ind w:left="78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Виды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деятельности</w:t>
            </w:r>
          </w:p>
        </w:tc>
        <w:tc>
          <w:tcPr>
            <w:tcW w:w="1134" w:type="dxa"/>
            <w:vMerge w:val="restart"/>
          </w:tcPr>
          <w:p w:rsidR="0050158B" w:rsidRDefault="0050158B" w:rsidP="0050158B">
            <w:pPr>
              <w:pStyle w:val="TableParagraph"/>
              <w:spacing w:before="74" w:line="266" w:lineRule="auto"/>
              <w:ind w:left="79" w:right="29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Виды,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формы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контроля</w:t>
            </w:r>
          </w:p>
        </w:tc>
        <w:tc>
          <w:tcPr>
            <w:tcW w:w="1435" w:type="dxa"/>
            <w:vMerge w:val="restart"/>
          </w:tcPr>
          <w:p w:rsidR="0050158B" w:rsidRDefault="0050158B" w:rsidP="0050158B">
            <w:pPr>
              <w:pStyle w:val="TableParagraph"/>
              <w:spacing w:before="74" w:line="266" w:lineRule="auto"/>
              <w:ind w:left="79" w:right="48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Электронные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(цифровые)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образовательные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ресурсы</w:t>
            </w:r>
          </w:p>
        </w:tc>
      </w:tr>
      <w:tr w:rsidR="0050158B" w:rsidTr="0050158B">
        <w:trPr>
          <w:trHeight w:val="561"/>
        </w:trPr>
        <w:tc>
          <w:tcPr>
            <w:tcW w:w="396" w:type="dxa"/>
            <w:vMerge/>
            <w:tcBorders>
              <w:top w:val="nil"/>
            </w:tcBorders>
          </w:tcPr>
          <w:p w:rsidR="0050158B" w:rsidRDefault="0050158B" w:rsidP="0050158B">
            <w:pPr>
              <w:rPr>
                <w:sz w:val="2"/>
                <w:szCs w:val="2"/>
              </w:rPr>
            </w:pPr>
          </w:p>
        </w:tc>
        <w:tc>
          <w:tcPr>
            <w:tcW w:w="6012" w:type="dxa"/>
            <w:vMerge/>
            <w:tcBorders>
              <w:top w:val="nil"/>
            </w:tcBorders>
          </w:tcPr>
          <w:p w:rsidR="0050158B" w:rsidRDefault="0050158B" w:rsidP="0050158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:rsidR="0050158B" w:rsidRDefault="0050158B" w:rsidP="0050158B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всего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74" w:line="266" w:lineRule="auto"/>
              <w:ind w:left="77" w:right="43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контрольные</w:t>
            </w:r>
            <w:r>
              <w:rPr>
                <w:b/>
                <w:spacing w:val="-37"/>
                <w:w w:val="105"/>
                <w:sz w:val="15"/>
              </w:rPr>
              <w:t xml:space="preserve">   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74" w:line="266" w:lineRule="auto"/>
              <w:ind w:left="77" w:right="4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практические</w:t>
            </w:r>
            <w:r>
              <w:rPr>
                <w:b/>
                <w:spacing w:val="-37"/>
                <w:w w:val="105"/>
                <w:sz w:val="15"/>
              </w:rPr>
              <w:t xml:space="preserve">  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0158B" w:rsidRDefault="0050158B" w:rsidP="0050158B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50158B" w:rsidRDefault="0050158B" w:rsidP="0050158B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50158B" w:rsidRDefault="0050158B" w:rsidP="0050158B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 w:rsidR="0050158B" w:rsidRDefault="0050158B" w:rsidP="0050158B">
            <w:pPr>
              <w:rPr>
                <w:sz w:val="2"/>
                <w:szCs w:val="2"/>
              </w:rPr>
            </w:pPr>
          </w:p>
        </w:tc>
      </w:tr>
      <w:tr w:rsidR="0050158B" w:rsidRPr="002A1132" w:rsidTr="0050158B">
        <w:trPr>
          <w:trHeight w:val="333"/>
        </w:trPr>
        <w:tc>
          <w:tcPr>
            <w:tcW w:w="15497" w:type="dxa"/>
            <w:gridSpan w:val="9"/>
          </w:tcPr>
          <w:p w:rsidR="0050158B" w:rsidRDefault="0050158B" w:rsidP="0050158B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Раздел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1.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Секреты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речи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текста</w:t>
            </w:r>
          </w:p>
        </w:tc>
      </w:tr>
      <w:tr w:rsidR="0050158B" w:rsidRPr="002A1132" w:rsidTr="0050158B">
        <w:trPr>
          <w:trHeight w:val="1033"/>
        </w:trPr>
        <w:tc>
          <w:tcPr>
            <w:tcW w:w="396" w:type="dxa"/>
          </w:tcPr>
          <w:p w:rsidR="0050158B" w:rsidRDefault="0050158B" w:rsidP="0050158B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1.1.</w:t>
            </w:r>
          </w:p>
        </w:tc>
        <w:tc>
          <w:tcPr>
            <w:tcW w:w="6012" w:type="dxa"/>
          </w:tcPr>
          <w:p w:rsidR="0050158B" w:rsidRDefault="0050158B" w:rsidP="0050158B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5"/>
                <w:sz w:val="15"/>
              </w:rPr>
              <w:t>Общение.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Устная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речь.</w:t>
            </w:r>
          </w:p>
        </w:tc>
        <w:tc>
          <w:tcPr>
            <w:tcW w:w="567" w:type="dxa"/>
          </w:tcPr>
          <w:p w:rsidR="0050158B" w:rsidRDefault="0050158B" w:rsidP="0050158B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0" w:type="dxa"/>
          </w:tcPr>
          <w:p w:rsidR="0050158B" w:rsidRDefault="0050158B" w:rsidP="0050158B">
            <w:pPr>
              <w:pStyle w:val="TableParagraph"/>
              <w:spacing w:before="0"/>
              <w:ind w:left="0"/>
              <w:rPr>
                <w:sz w:val="14"/>
              </w:rPr>
            </w:pPr>
            <w:r>
              <w:rPr>
                <w:sz w:val="14"/>
              </w:rPr>
              <w:t>05.09.2022 -14.09.2022</w:t>
            </w:r>
          </w:p>
        </w:tc>
        <w:tc>
          <w:tcPr>
            <w:tcW w:w="2835" w:type="dxa"/>
          </w:tcPr>
          <w:p w:rsidR="0050158B" w:rsidRDefault="0050158B" w:rsidP="0050158B">
            <w:pPr>
              <w:pStyle w:val="TableParagraph"/>
              <w:spacing w:before="74" w:line="266" w:lineRule="auto"/>
              <w:ind w:left="78" w:right="68"/>
              <w:rPr>
                <w:sz w:val="15"/>
              </w:rPr>
            </w:pPr>
            <w:r>
              <w:rPr>
                <w:w w:val="105"/>
                <w:sz w:val="15"/>
              </w:rPr>
              <w:t>Учебный диалог на основе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анализа иллюстраций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текста учебника, в ходе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которого учащиеся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определяют,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когда,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какой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целью, в каких ситуациях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пользуются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речью;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74" w:line="266" w:lineRule="auto"/>
              <w:ind w:left="79" w:right="44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435" w:type="dxa"/>
          </w:tcPr>
          <w:p w:rsidR="0050158B" w:rsidRPr="0050158B" w:rsidRDefault="0050158B" w:rsidP="0050158B">
            <w:pPr>
              <w:pStyle w:val="af"/>
              <w:spacing w:before="156"/>
              <w:rPr>
                <w:sz w:val="15"/>
                <w:lang w:val="ru-RU"/>
              </w:rPr>
            </w:pPr>
            <w:r w:rsidRPr="00F76E5A">
              <w:rPr>
                <w:sz w:val="15"/>
              </w:rPr>
              <w:t>https</w:t>
            </w:r>
            <w:r w:rsidRPr="0050158B">
              <w:rPr>
                <w:sz w:val="15"/>
                <w:lang w:val="ru-RU"/>
              </w:rPr>
              <w:t>://</w:t>
            </w:r>
            <w:r w:rsidRPr="00F76E5A">
              <w:rPr>
                <w:sz w:val="15"/>
              </w:rPr>
              <w:t>infourok</w:t>
            </w:r>
            <w:r w:rsidRPr="0050158B">
              <w:rPr>
                <w:sz w:val="15"/>
                <w:lang w:val="ru-RU"/>
              </w:rPr>
              <w:t>.</w:t>
            </w:r>
            <w:r w:rsidRPr="00F76E5A">
              <w:rPr>
                <w:sz w:val="15"/>
              </w:rPr>
              <w:t>ru</w:t>
            </w:r>
            <w:r w:rsidRPr="0050158B">
              <w:rPr>
                <w:sz w:val="15"/>
                <w:lang w:val="ru-RU"/>
              </w:rPr>
              <w:t>/</w:t>
            </w:r>
            <w:r w:rsidRPr="00F76E5A">
              <w:rPr>
                <w:sz w:val="15"/>
              </w:rPr>
              <w:t>biblioteka</w:t>
            </w:r>
            <w:r w:rsidRPr="0050158B">
              <w:rPr>
                <w:sz w:val="15"/>
                <w:lang w:val="ru-RU"/>
              </w:rPr>
              <w:t>/</w:t>
            </w:r>
            <w:r w:rsidRPr="00F76E5A">
              <w:rPr>
                <w:sz w:val="15"/>
              </w:rPr>
              <w:t>rodnoj</w:t>
            </w:r>
            <w:r w:rsidRPr="0050158B">
              <w:rPr>
                <w:sz w:val="15"/>
                <w:lang w:val="ru-RU"/>
              </w:rPr>
              <w:t>-</w:t>
            </w:r>
            <w:r w:rsidRPr="00F76E5A">
              <w:rPr>
                <w:sz w:val="15"/>
              </w:rPr>
              <w:t>yazyk</w:t>
            </w:r>
            <w:r w:rsidRPr="0050158B">
              <w:rPr>
                <w:sz w:val="15"/>
                <w:lang w:val="ru-RU"/>
              </w:rPr>
              <w:t>/</w:t>
            </w:r>
            <w:r w:rsidRPr="00F76E5A">
              <w:rPr>
                <w:sz w:val="15"/>
              </w:rPr>
              <w:t>klass</w:t>
            </w:r>
            <w:r w:rsidRPr="0050158B">
              <w:rPr>
                <w:sz w:val="15"/>
                <w:lang w:val="ru-RU"/>
              </w:rPr>
              <w:t>-1/</w:t>
            </w:r>
            <w:r w:rsidRPr="00F76E5A">
              <w:rPr>
                <w:sz w:val="15"/>
              </w:rPr>
              <w:t>type</w:t>
            </w:r>
            <w:r w:rsidRPr="0050158B">
              <w:rPr>
                <w:sz w:val="15"/>
                <w:lang w:val="ru-RU"/>
              </w:rPr>
              <w:t>-57</w:t>
            </w:r>
          </w:p>
        </w:tc>
      </w:tr>
      <w:tr w:rsidR="0050158B" w:rsidRPr="002A1132" w:rsidTr="0050158B">
        <w:trPr>
          <w:trHeight w:val="1238"/>
        </w:trPr>
        <w:tc>
          <w:tcPr>
            <w:tcW w:w="396" w:type="dxa"/>
          </w:tcPr>
          <w:p w:rsidR="0050158B" w:rsidRDefault="0050158B" w:rsidP="0050158B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1.2.</w:t>
            </w:r>
          </w:p>
        </w:tc>
        <w:tc>
          <w:tcPr>
            <w:tcW w:w="6012" w:type="dxa"/>
          </w:tcPr>
          <w:p w:rsidR="0050158B" w:rsidRDefault="0050158B" w:rsidP="0050158B">
            <w:pPr>
              <w:pStyle w:val="TableParagraph"/>
              <w:spacing w:before="74" w:line="266" w:lineRule="auto"/>
              <w:rPr>
                <w:sz w:val="15"/>
              </w:rPr>
            </w:pPr>
            <w:r>
              <w:rPr>
                <w:w w:val="105"/>
                <w:sz w:val="15"/>
              </w:rPr>
              <w:t>Стандартные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обороты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речи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участия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диалоге: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приветствовать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взрослого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сверстника?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вежливо попросить? Как похвалить товарища? Как правильно отблагодарить? Этикетные формы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обращения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официальной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неофициальной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речевой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ситуации.</w:t>
            </w:r>
          </w:p>
        </w:tc>
        <w:tc>
          <w:tcPr>
            <w:tcW w:w="567" w:type="dxa"/>
          </w:tcPr>
          <w:p w:rsidR="0050158B" w:rsidRDefault="0050158B" w:rsidP="0050158B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0" w:type="dxa"/>
          </w:tcPr>
          <w:p w:rsidR="0050158B" w:rsidRDefault="0050158B" w:rsidP="0050158B">
            <w:pPr>
              <w:pStyle w:val="TableParagraph"/>
              <w:spacing w:before="0"/>
              <w:ind w:left="0"/>
              <w:rPr>
                <w:sz w:val="14"/>
              </w:rPr>
            </w:pPr>
            <w:r>
              <w:rPr>
                <w:sz w:val="14"/>
              </w:rPr>
              <w:t>19.09.2022 -10.10.2022</w:t>
            </w:r>
          </w:p>
        </w:tc>
        <w:tc>
          <w:tcPr>
            <w:tcW w:w="2835" w:type="dxa"/>
          </w:tcPr>
          <w:p w:rsidR="0050158B" w:rsidRDefault="0050158B" w:rsidP="0050158B">
            <w:pPr>
              <w:pStyle w:val="TableParagraph"/>
              <w:spacing w:before="74" w:line="266" w:lineRule="auto"/>
              <w:ind w:left="78" w:right="49"/>
              <w:rPr>
                <w:sz w:val="15"/>
              </w:rPr>
            </w:pPr>
            <w:r>
              <w:rPr>
                <w:w w:val="105"/>
                <w:sz w:val="15"/>
              </w:rPr>
              <w:t>Анализ</w:t>
            </w:r>
            <w:r>
              <w:rPr>
                <w:spacing w:val="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речевых</w:t>
            </w:r>
            <w:r>
              <w:rPr>
                <w:spacing w:val="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ситуаций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 точки зрения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употребления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формул речевого этикета 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 в группах: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обсуждение приведенных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тексте вежливых слов,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определение ситуаций, 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которых они могут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быть применены;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74" w:line="266" w:lineRule="auto"/>
              <w:ind w:left="79" w:right="44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435" w:type="dxa"/>
          </w:tcPr>
          <w:p w:rsidR="0050158B" w:rsidRDefault="0050158B" w:rsidP="0050158B">
            <w:pPr>
              <w:pStyle w:val="TableParagraph"/>
              <w:spacing w:before="74"/>
              <w:ind w:left="79"/>
              <w:rPr>
                <w:sz w:val="15"/>
              </w:rPr>
            </w:pPr>
            <w:r w:rsidRPr="00F76E5A">
              <w:rPr>
                <w:sz w:val="15"/>
              </w:rPr>
              <w:t>https://infourok.ru/biblioteka/rodnoj-yazyk/klass-1/type-57</w:t>
            </w:r>
          </w:p>
        </w:tc>
      </w:tr>
      <w:tr w:rsidR="0050158B" w:rsidRPr="002A1132" w:rsidTr="0050158B">
        <w:trPr>
          <w:trHeight w:val="1150"/>
        </w:trPr>
        <w:tc>
          <w:tcPr>
            <w:tcW w:w="396" w:type="dxa"/>
          </w:tcPr>
          <w:p w:rsidR="0050158B" w:rsidRDefault="0050158B" w:rsidP="0050158B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1.3.</w:t>
            </w:r>
          </w:p>
        </w:tc>
        <w:tc>
          <w:tcPr>
            <w:tcW w:w="6012" w:type="dxa"/>
          </w:tcPr>
          <w:p w:rsidR="0050158B" w:rsidRDefault="0050158B" w:rsidP="0050158B">
            <w:pPr>
              <w:pStyle w:val="TableParagraph"/>
              <w:spacing w:before="74" w:line="266" w:lineRule="auto"/>
              <w:rPr>
                <w:sz w:val="15"/>
              </w:rPr>
            </w:pPr>
            <w:r>
              <w:rPr>
                <w:w w:val="105"/>
                <w:sz w:val="15"/>
              </w:rPr>
              <w:t>Правила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корректного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речевого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поведения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ходе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диалога;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использование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речи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языковых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средств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свободного выражения мыслей и чувств адекватно ситуации общения. Секреты диалога: учимся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разговаривать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другом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взрослыми.</w:t>
            </w:r>
          </w:p>
        </w:tc>
        <w:tc>
          <w:tcPr>
            <w:tcW w:w="567" w:type="dxa"/>
          </w:tcPr>
          <w:p w:rsidR="0050158B" w:rsidRDefault="0050158B" w:rsidP="0050158B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0" w:type="dxa"/>
          </w:tcPr>
          <w:p w:rsidR="0050158B" w:rsidRDefault="0050158B" w:rsidP="0050158B">
            <w:pPr>
              <w:pStyle w:val="TableParagraph"/>
              <w:spacing w:before="0"/>
              <w:ind w:left="0"/>
              <w:rPr>
                <w:sz w:val="14"/>
              </w:rPr>
            </w:pPr>
            <w:r>
              <w:rPr>
                <w:sz w:val="14"/>
              </w:rPr>
              <w:t>12.10.2022-19.102022</w:t>
            </w:r>
          </w:p>
        </w:tc>
        <w:tc>
          <w:tcPr>
            <w:tcW w:w="2835" w:type="dxa"/>
          </w:tcPr>
          <w:p w:rsidR="0050158B" w:rsidRDefault="0050158B" w:rsidP="0050158B">
            <w:pPr>
              <w:pStyle w:val="TableParagraph"/>
              <w:spacing w:before="74" w:line="266" w:lineRule="auto"/>
              <w:ind w:left="78" w:right="42"/>
              <w:rPr>
                <w:sz w:val="15"/>
              </w:rPr>
            </w:pPr>
            <w:r>
              <w:rPr>
                <w:w w:val="105"/>
                <w:sz w:val="15"/>
              </w:rPr>
              <w:t>Работа в группах: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обсуждение приведенных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7"/>
                <w:w w:val="105"/>
                <w:sz w:val="15"/>
              </w:rPr>
              <w:t xml:space="preserve">  </w:t>
            </w:r>
            <w:r>
              <w:rPr>
                <w:w w:val="105"/>
                <w:sz w:val="15"/>
              </w:rPr>
              <w:t>тексте вежливых слов,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определение ситуаций, 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которых они могут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быть применены;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Обсуждение различных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ситуаций общения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(ребенок — сверстник,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ребенок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взрослый);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74" w:line="266" w:lineRule="auto"/>
              <w:ind w:left="79" w:right="44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435" w:type="dxa"/>
          </w:tcPr>
          <w:p w:rsidR="0050158B" w:rsidRDefault="0050158B" w:rsidP="0050158B">
            <w:pPr>
              <w:pStyle w:val="TableParagraph"/>
              <w:spacing w:before="74"/>
              <w:ind w:left="79"/>
              <w:rPr>
                <w:sz w:val="15"/>
              </w:rPr>
            </w:pPr>
            <w:r w:rsidRPr="00F76E5A">
              <w:rPr>
                <w:sz w:val="15"/>
              </w:rPr>
              <w:t>https://infourok.ru/biblioteka/rodnoj-yazyk/klass-1/type-57</w:t>
            </w:r>
          </w:p>
        </w:tc>
      </w:tr>
      <w:tr w:rsidR="0050158B" w:rsidRPr="002A1132" w:rsidTr="0050158B">
        <w:trPr>
          <w:trHeight w:val="1150"/>
        </w:trPr>
        <w:tc>
          <w:tcPr>
            <w:tcW w:w="396" w:type="dxa"/>
          </w:tcPr>
          <w:p w:rsidR="0050158B" w:rsidRDefault="0050158B" w:rsidP="0050158B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1.4.</w:t>
            </w:r>
          </w:p>
        </w:tc>
        <w:tc>
          <w:tcPr>
            <w:tcW w:w="6012" w:type="dxa"/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Имена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малых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жанрах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фольклора</w:t>
            </w:r>
          </w:p>
        </w:tc>
        <w:tc>
          <w:tcPr>
            <w:tcW w:w="567" w:type="dxa"/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0" w:type="dxa"/>
          </w:tcPr>
          <w:p w:rsidR="0050158B" w:rsidRDefault="0050158B" w:rsidP="0050158B">
            <w:pPr>
              <w:pStyle w:val="TableParagraph"/>
              <w:spacing w:before="0"/>
              <w:ind w:left="0"/>
              <w:rPr>
                <w:sz w:val="14"/>
              </w:rPr>
            </w:pPr>
            <w:r>
              <w:rPr>
                <w:sz w:val="14"/>
              </w:rPr>
              <w:t>24.10.2022-26.10.2022</w:t>
            </w:r>
          </w:p>
        </w:tc>
        <w:tc>
          <w:tcPr>
            <w:tcW w:w="2835" w:type="dxa"/>
          </w:tcPr>
          <w:p w:rsidR="0050158B" w:rsidRDefault="0050158B" w:rsidP="0050158B">
            <w:pPr>
              <w:pStyle w:val="TableParagraph"/>
              <w:spacing w:before="64" w:line="266" w:lineRule="auto"/>
              <w:ind w:left="78" w:right="163"/>
              <w:jc w:val="both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Групповая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 отгадывание загадок об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имени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человека;</w:t>
            </w:r>
          </w:p>
          <w:p w:rsidR="0050158B" w:rsidRDefault="0050158B" w:rsidP="0050158B">
            <w:pPr>
              <w:pStyle w:val="TableParagraph"/>
              <w:spacing w:before="2" w:line="266" w:lineRule="auto"/>
              <w:ind w:left="78" w:right="47"/>
              <w:rPr>
                <w:sz w:val="15"/>
              </w:rPr>
            </w:pPr>
            <w:r>
              <w:rPr>
                <w:w w:val="105"/>
                <w:sz w:val="15"/>
              </w:rPr>
              <w:t>Беседа о том, зачем людям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нужны имена. Рассказ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учащихся об именах членов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семьи;</w:t>
            </w:r>
          </w:p>
          <w:p w:rsidR="0050158B" w:rsidRDefault="0050158B" w:rsidP="0050158B">
            <w:pPr>
              <w:pStyle w:val="TableParagraph"/>
              <w:spacing w:before="3" w:line="266" w:lineRule="auto"/>
              <w:ind w:left="78" w:right="513"/>
              <w:rPr>
                <w:sz w:val="15"/>
              </w:rPr>
            </w:pPr>
            <w:r>
              <w:rPr>
                <w:w w:val="105"/>
                <w:sz w:val="15"/>
              </w:rPr>
              <w:t>Обсуждение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стихотворения </w:t>
            </w:r>
            <w:r>
              <w:rPr>
                <w:w w:val="105"/>
                <w:sz w:val="15"/>
              </w:rPr>
              <w:t>К. И.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Чуковского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;</w:t>
            </w:r>
            <w:proofErr w:type="gramEnd"/>
          </w:p>
          <w:p w:rsidR="0050158B" w:rsidRDefault="0050158B" w:rsidP="0050158B">
            <w:pPr>
              <w:pStyle w:val="TableParagraph"/>
              <w:spacing w:before="2" w:line="266" w:lineRule="auto"/>
              <w:ind w:left="78" w:right="70"/>
              <w:rPr>
                <w:sz w:val="15"/>
              </w:rPr>
            </w:pPr>
            <w:r>
              <w:rPr>
                <w:w w:val="105"/>
                <w:sz w:val="15"/>
              </w:rPr>
              <w:t>Беседа 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существовании разных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вариантов звучания </w:t>
            </w:r>
            <w:r>
              <w:rPr>
                <w:w w:val="105"/>
                <w:sz w:val="15"/>
              </w:rPr>
              <w:t>одного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имени (полного имени,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краткой уменьшительно-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ласкательной формы),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особенностях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использования краткой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полной форм имени 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зависимости от возраста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человека, ситуации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общения;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64" w:line="266" w:lineRule="auto"/>
              <w:ind w:left="79" w:right="44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435" w:type="dxa"/>
          </w:tcPr>
          <w:p w:rsidR="0050158B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76E5A">
              <w:rPr>
                <w:sz w:val="15"/>
              </w:rPr>
              <w:t>https://infourok.ru/biblioteka/rodnoj-yazyk/klass-1/type-57</w:t>
            </w:r>
          </w:p>
        </w:tc>
      </w:tr>
      <w:tr w:rsidR="0050158B" w:rsidRPr="002A1132" w:rsidTr="0050158B">
        <w:trPr>
          <w:trHeight w:val="1150"/>
        </w:trPr>
        <w:tc>
          <w:tcPr>
            <w:tcW w:w="396" w:type="dxa"/>
          </w:tcPr>
          <w:p w:rsidR="0050158B" w:rsidRDefault="0050158B" w:rsidP="0050158B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1.5.</w:t>
            </w:r>
          </w:p>
        </w:tc>
        <w:tc>
          <w:tcPr>
            <w:tcW w:w="6012" w:type="dxa"/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Цели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вопрос-уточнение,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запрос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новое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содержание.</w:t>
            </w:r>
          </w:p>
        </w:tc>
        <w:tc>
          <w:tcPr>
            <w:tcW w:w="567" w:type="dxa"/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50" w:type="dxa"/>
          </w:tcPr>
          <w:p w:rsidR="0050158B" w:rsidRDefault="0050158B" w:rsidP="0050158B">
            <w:pPr>
              <w:pStyle w:val="TableParagraph"/>
              <w:spacing w:before="0"/>
              <w:ind w:left="0"/>
              <w:rPr>
                <w:sz w:val="14"/>
              </w:rPr>
            </w:pPr>
            <w:r>
              <w:rPr>
                <w:sz w:val="14"/>
              </w:rPr>
              <w:t>07.10.2022  -14.10.2022</w:t>
            </w:r>
          </w:p>
        </w:tc>
        <w:tc>
          <w:tcPr>
            <w:tcW w:w="2835" w:type="dxa"/>
          </w:tcPr>
          <w:p w:rsidR="0050158B" w:rsidRDefault="0050158B" w:rsidP="0050158B">
            <w:pPr>
              <w:pStyle w:val="TableParagraph"/>
              <w:spacing w:before="64" w:line="266" w:lineRule="auto"/>
              <w:ind w:left="78" w:right="72"/>
              <w:rPr>
                <w:sz w:val="15"/>
              </w:rPr>
            </w:pPr>
            <w:r>
              <w:rPr>
                <w:w w:val="105"/>
                <w:sz w:val="15"/>
              </w:rPr>
              <w:t>Беседа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«Почему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задаём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 другу вопросы?»;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Обсуждение текста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стихотворения «Четыре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старушки», роли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вопросов, которые задают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герои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стихотворения;</w:t>
            </w:r>
          </w:p>
        </w:tc>
        <w:tc>
          <w:tcPr>
            <w:tcW w:w="1134" w:type="dxa"/>
          </w:tcPr>
          <w:p w:rsidR="0050158B" w:rsidRDefault="0050158B" w:rsidP="0050158B">
            <w:pPr>
              <w:pStyle w:val="TableParagraph"/>
              <w:spacing w:before="64" w:line="266" w:lineRule="auto"/>
              <w:ind w:left="79" w:right="44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435" w:type="dxa"/>
          </w:tcPr>
          <w:p w:rsidR="0050158B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76E5A">
              <w:rPr>
                <w:sz w:val="15"/>
              </w:rPr>
              <w:t>https://infourok.ru/biblioteka/rodnoj-yazyk/klass-1/type-57</w:t>
            </w:r>
          </w:p>
        </w:tc>
      </w:tr>
      <w:tr w:rsidR="0050158B" w:rsidTr="0050158B">
        <w:trPr>
          <w:trHeight w:val="265"/>
        </w:trPr>
        <w:tc>
          <w:tcPr>
            <w:tcW w:w="6408" w:type="dxa"/>
            <w:gridSpan w:val="2"/>
          </w:tcPr>
          <w:p w:rsidR="0050158B" w:rsidRDefault="0050158B" w:rsidP="0050158B">
            <w:pPr>
              <w:pStyle w:val="TableParagraph"/>
              <w:spacing w:before="74" w:line="266" w:lineRule="auto"/>
              <w:rPr>
                <w:w w:val="105"/>
                <w:sz w:val="15"/>
              </w:rPr>
            </w:pPr>
            <w:r>
              <w:rPr>
                <w:w w:val="105"/>
                <w:sz w:val="15"/>
              </w:rPr>
              <w:t>Итого по разделу</w:t>
            </w:r>
          </w:p>
        </w:tc>
        <w:tc>
          <w:tcPr>
            <w:tcW w:w="9089" w:type="dxa"/>
            <w:gridSpan w:val="7"/>
          </w:tcPr>
          <w:p w:rsidR="0050158B" w:rsidRPr="00F76E5A" w:rsidRDefault="0050158B" w:rsidP="0050158B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w w:val="104"/>
                <w:sz w:val="15"/>
              </w:rPr>
              <w:t>19</w:t>
            </w:r>
          </w:p>
        </w:tc>
      </w:tr>
    </w:tbl>
    <w:p w:rsidR="0050158B" w:rsidRDefault="0050158B" w:rsidP="0050158B">
      <w:pPr>
        <w:rPr>
          <w:sz w:val="15"/>
        </w:rPr>
        <w:sectPr w:rsidR="0050158B">
          <w:pgSz w:w="16840" w:h="11900" w:orient="landscape"/>
          <w:pgMar w:top="4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"/>
        <w:gridCol w:w="16"/>
        <w:gridCol w:w="14"/>
        <w:gridCol w:w="5998"/>
        <w:gridCol w:w="22"/>
        <w:gridCol w:w="545"/>
        <w:gridCol w:w="1137"/>
        <w:gridCol w:w="43"/>
        <w:gridCol w:w="1088"/>
        <w:gridCol w:w="12"/>
        <w:gridCol w:w="983"/>
        <w:gridCol w:w="75"/>
        <w:gridCol w:w="10"/>
        <w:gridCol w:w="2605"/>
        <w:gridCol w:w="1137"/>
        <w:gridCol w:w="1441"/>
      </w:tblGrid>
      <w:tr w:rsidR="0050158B" w:rsidTr="0050158B">
        <w:trPr>
          <w:trHeight w:val="333"/>
        </w:trPr>
        <w:tc>
          <w:tcPr>
            <w:tcW w:w="15506" w:type="dxa"/>
            <w:gridSpan w:val="16"/>
          </w:tcPr>
          <w:p w:rsidR="0050158B" w:rsidRDefault="0050158B" w:rsidP="0050158B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lastRenderedPageBreak/>
              <w:t>Раздел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2.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Язык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действии</w:t>
            </w:r>
          </w:p>
        </w:tc>
      </w:tr>
      <w:tr w:rsidR="0050158B" w:rsidRPr="002A1132" w:rsidTr="0050158B">
        <w:trPr>
          <w:trHeight w:val="763"/>
        </w:trPr>
        <w:tc>
          <w:tcPr>
            <w:tcW w:w="396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2.1.</w:t>
            </w:r>
          </w:p>
        </w:tc>
        <w:tc>
          <w:tcPr>
            <w:tcW w:w="6012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Роль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логического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уадрения.</w:t>
            </w:r>
          </w:p>
        </w:tc>
        <w:tc>
          <w:tcPr>
            <w:tcW w:w="567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37" w:type="dxa"/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31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995" w:type="dxa"/>
            <w:gridSpan w:val="2"/>
          </w:tcPr>
          <w:p w:rsidR="0050158B" w:rsidRDefault="0050158B" w:rsidP="0050158B">
            <w:pPr>
              <w:pStyle w:val="TableParagraph"/>
              <w:spacing w:before="0"/>
              <w:ind w:left="0"/>
              <w:rPr>
                <w:sz w:val="14"/>
              </w:rPr>
            </w:pPr>
            <w:r>
              <w:rPr>
                <w:sz w:val="14"/>
              </w:rPr>
              <w:t>16.11.2022  -23.11.2022</w:t>
            </w:r>
          </w:p>
        </w:tc>
        <w:tc>
          <w:tcPr>
            <w:tcW w:w="2690" w:type="dxa"/>
            <w:gridSpan w:val="3"/>
          </w:tcPr>
          <w:p w:rsidR="0050158B" w:rsidRDefault="0050158B" w:rsidP="0050158B">
            <w:pPr>
              <w:pStyle w:val="TableParagraph"/>
              <w:spacing w:before="64" w:line="266" w:lineRule="auto"/>
              <w:ind w:left="78" w:right="76"/>
              <w:rPr>
                <w:sz w:val="15"/>
              </w:rPr>
            </w:pPr>
            <w:r>
              <w:rPr>
                <w:w w:val="105"/>
                <w:sz w:val="15"/>
              </w:rPr>
              <w:t>Наблюдение за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возможностью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произносить предложения,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выделяя с помощью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логического ударения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слова;</w:t>
            </w:r>
          </w:p>
        </w:tc>
        <w:tc>
          <w:tcPr>
            <w:tcW w:w="1137" w:type="dxa"/>
          </w:tcPr>
          <w:p w:rsidR="0050158B" w:rsidRDefault="0050158B" w:rsidP="0050158B">
            <w:pPr>
              <w:pStyle w:val="TableParagraph"/>
              <w:spacing w:before="64" w:line="266" w:lineRule="auto"/>
              <w:ind w:left="79" w:right="44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441" w:type="dxa"/>
          </w:tcPr>
          <w:p w:rsidR="0050158B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76E5A">
              <w:rPr>
                <w:sz w:val="15"/>
              </w:rPr>
              <w:t>https://infourok.ru/biblioteka/rodnoj-yazyk/klass-1/type-57</w:t>
            </w:r>
          </w:p>
        </w:tc>
      </w:tr>
      <w:tr w:rsidR="0050158B" w:rsidRPr="002A1132" w:rsidTr="0050158B">
        <w:trPr>
          <w:trHeight w:val="1342"/>
        </w:trPr>
        <w:tc>
          <w:tcPr>
            <w:tcW w:w="396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2.2.</w:t>
            </w:r>
          </w:p>
        </w:tc>
        <w:tc>
          <w:tcPr>
            <w:tcW w:w="6012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Звукопись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стихотворном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художественном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тексте.</w:t>
            </w:r>
          </w:p>
        </w:tc>
        <w:tc>
          <w:tcPr>
            <w:tcW w:w="567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37" w:type="dxa"/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31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995" w:type="dxa"/>
            <w:gridSpan w:val="2"/>
          </w:tcPr>
          <w:p w:rsidR="0050158B" w:rsidRDefault="0050158B" w:rsidP="0050158B">
            <w:pPr>
              <w:pStyle w:val="TableParagraph"/>
              <w:spacing w:before="0"/>
              <w:ind w:left="0"/>
              <w:rPr>
                <w:sz w:val="14"/>
              </w:rPr>
            </w:pPr>
            <w:r>
              <w:rPr>
                <w:sz w:val="14"/>
              </w:rPr>
              <w:t>28.11.2022-05.11.2022</w:t>
            </w:r>
          </w:p>
        </w:tc>
        <w:tc>
          <w:tcPr>
            <w:tcW w:w="2690" w:type="dxa"/>
            <w:gridSpan w:val="3"/>
          </w:tcPr>
          <w:p w:rsidR="0050158B" w:rsidRDefault="0050158B" w:rsidP="0050158B">
            <w:pPr>
              <w:pStyle w:val="TableParagraph"/>
              <w:spacing w:before="64" w:line="266" w:lineRule="auto"/>
              <w:ind w:left="78" w:right="58"/>
              <w:rPr>
                <w:sz w:val="15"/>
              </w:rPr>
            </w:pPr>
            <w:r>
              <w:rPr>
                <w:w w:val="105"/>
                <w:sz w:val="15"/>
              </w:rPr>
              <w:t>Рассказ учителя о том, что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такое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звукопись,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лежит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 ее основе и для чего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писатели прибегают к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этому приему;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Практическая работа: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 стихотворения,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объяснение,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какую функцию в нем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выполняет игра со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звуками;</w:t>
            </w:r>
          </w:p>
        </w:tc>
        <w:tc>
          <w:tcPr>
            <w:tcW w:w="1137" w:type="dxa"/>
          </w:tcPr>
          <w:p w:rsidR="0050158B" w:rsidRDefault="0050158B" w:rsidP="0050158B">
            <w:pPr>
              <w:pStyle w:val="TableParagraph"/>
              <w:spacing w:before="64" w:line="266" w:lineRule="auto"/>
              <w:ind w:left="79" w:right="4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441" w:type="dxa"/>
          </w:tcPr>
          <w:p w:rsidR="0050158B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76E5A">
              <w:rPr>
                <w:sz w:val="15"/>
              </w:rPr>
              <w:t>https://infourok.ru/biblioteka/rodnoj-yazyk/klass-1/type-57</w:t>
            </w:r>
          </w:p>
        </w:tc>
      </w:tr>
      <w:tr w:rsidR="0050158B" w:rsidRPr="002A1132" w:rsidTr="0050158B">
        <w:trPr>
          <w:trHeight w:val="780"/>
        </w:trPr>
        <w:tc>
          <w:tcPr>
            <w:tcW w:w="396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2.3.</w:t>
            </w:r>
          </w:p>
        </w:tc>
        <w:tc>
          <w:tcPr>
            <w:tcW w:w="6012" w:type="dxa"/>
            <w:gridSpan w:val="2"/>
          </w:tcPr>
          <w:p w:rsidR="0050158B" w:rsidRDefault="0050158B" w:rsidP="0050158B">
            <w:pPr>
              <w:pStyle w:val="TableParagraph"/>
              <w:spacing w:before="64" w:line="266" w:lineRule="auto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нельзя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произносить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слова: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пропедевтическая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предупреждению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ошибок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произношении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слов.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Смыслоразличительная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роль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ударения.</w:t>
            </w:r>
          </w:p>
        </w:tc>
        <w:tc>
          <w:tcPr>
            <w:tcW w:w="567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6</w:t>
            </w:r>
          </w:p>
        </w:tc>
        <w:tc>
          <w:tcPr>
            <w:tcW w:w="1137" w:type="dxa"/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31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995" w:type="dxa"/>
            <w:gridSpan w:val="2"/>
          </w:tcPr>
          <w:p w:rsidR="0050158B" w:rsidRDefault="0050158B" w:rsidP="0050158B">
            <w:pPr>
              <w:pStyle w:val="TableParagraph"/>
              <w:spacing w:before="0"/>
              <w:ind w:left="0"/>
              <w:rPr>
                <w:sz w:val="14"/>
              </w:rPr>
            </w:pPr>
            <w:r>
              <w:rPr>
                <w:sz w:val="14"/>
              </w:rPr>
              <w:t>07.12.2022  -26.01.2023</w:t>
            </w:r>
          </w:p>
        </w:tc>
        <w:tc>
          <w:tcPr>
            <w:tcW w:w="2690" w:type="dxa"/>
            <w:gridSpan w:val="3"/>
          </w:tcPr>
          <w:p w:rsidR="0050158B" w:rsidRDefault="0050158B" w:rsidP="0050158B">
            <w:pPr>
              <w:pStyle w:val="TableParagraph"/>
              <w:spacing w:before="64" w:line="266" w:lineRule="auto"/>
              <w:ind w:left="78" w:right="148"/>
              <w:rPr>
                <w:sz w:val="15"/>
              </w:rPr>
            </w:pPr>
            <w:r>
              <w:rPr>
                <w:w w:val="105"/>
                <w:sz w:val="15"/>
              </w:rPr>
              <w:t>Практическая работа: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отработка произнесения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правильным ударением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слов, в которых часто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допускаются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ошибки;</w:t>
            </w:r>
          </w:p>
        </w:tc>
        <w:tc>
          <w:tcPr>
            <w:tcW w:w="1137" w:type="dxa"/>
          </w:tcPr>
          <w:p w:rsidR="0050158B" w:rsidRDefault="0050158B" w:rsidP="0050158B">
            <w:pPr>
              <w:pStyle w:val="TableParagraph"/>
              <w:spacing w:before="64" w:line="266" w:lineRule="auto"/>
              <w:ind w:left="79" w:right="4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441" w:type="dxa"/>
          </w:tcPr>
          <w:p w:rsidR="0050158B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76E5A">
              <w:rPr>
                <w:sz w:val="15"/>
              </w:rPr>
              <w:t>https://infourok.ru/biblioteka/rodnoj-yazyk/klass-1/type-57</w:t>
            </w:r>
          </w:p>
        </w:tc>
      </w:tr>
      <w:tr w:rsidR="0050158B" w:rsidRPr="002A1132" w:rsidTr="0050158B">
        <w:trPr>
          <w:trHeight w:val="1956"/>
        </w:trPr>
        <w:tc>
          <w:tcPr>
            <w:tcW w:w="396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2.4.</w:t>
            </w:r>
          </w:p>
        </w:tc>
        <w:tc>
          <w:tcPr>
            <w:tcW w:w="6012" w:type="dxa"/>
            <w:gridSpan w:val="2"/>
          </w:tcPr>
          <w:p w:rsidR="0050158B" w:rsidRDefault="0050158B" w:rsidP="0050158B">
            <w:pPr>
              <w:pStyle w:val="TableParagraph"/>
              <w:spacing w:before="64" w:line="266" w:lineRule="auto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Наблюдение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сочетаемостью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пропедевтическая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предупреждению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ошибок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сочетаемости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слов.</w:t>
            </w:r>
          </w:p>
        </w:tc>
        <w:tc>
          <w:tcPr>
            <w:tcW w:w="567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137" w:type="dxa"/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31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995" w:type="dxa"/>
            <w:gridSpan w:val="2"/>
          </w:tcPr>
          <w:p w:rsidR="0050158B" w:rsidRDefault="0050158B" w:rsidP="0050158B">
            <w:pPr>
              <w:pStyle w:val="TableParagraph"/>
              <w:spacing w:before="0"/>
              <w:ind w:left="0"/>
              <w:rPr>
                <w:sz w:val="14"/>
              </w:rPr>
            </w:pPr>
            <w:r>
              <w:rPr>
                <w:sz w:val="14"/>
              </w:rPr>
              <w:t>09.01.2023 -18.01.2023</w:t>
            </w:r>
          </w:p>
        </w:tc>
        <w:tc>
          <w:tcPr>
            <w:tcW w:w="2690" w:type="dxa"/>
            <w:gridSpan w:val="3"/>
          </w:tcPr>
          <w:p w:rsidR="0050158B" w:rsidRDefault="0050158B" w:rsidP="0050158B">
            <w:pPr>
              <w:pStyle w:val="TableParagraph"/>
              <w:spacing w:before="64" w:line="266" w:lineRule="auto"/>
              <w:ind w:left="78" w:right="75"/>
              <w:rPr>
                <w:sz w:val="15"/>
              </w:rPr>
            </w:pPr>
            <w:r>
              <w:rPr>
                <w:w w:val="105"/>
                <w:sz w:val="15"/>
              </w:rPr>
              <w:t>Практическая работа,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направленная на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уточнение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разграничение слов,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называющих похожие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признаки или действия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(шерстяной —меховой,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мыть — стирать и др.);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Игровое задание: учитель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называет прилагательное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бросает мяч первому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игроку, ребёнок называет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словосочетание с этим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словом и передаёт мяч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следующему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игроку;</w:t>
            </w:r>
          </w:p>
        </w:tc>
        <w:tc>
          <w:tcPr>
            <w:tcW w:w="1137" w:type="dxa"/>
          </w:tcPr>
          <w:p w:rsidR="0050158B" w:rsidRDefault="0050158B" w:rsidP="0050158B">
            <w:pPr>
              <w:pStyle w:val="TableParagraph"/>
              <w:spacing w:before="64" w:line="266" w:lineRule="auto"/>
              <w:ind w:left="79" w:right="44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441" w:type="dxa"/>
          </w:tcPr>
          <w:p w:rsidR="0050158B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76E5A">
              <w:rPr>
                <w:sz w:val="15"/>
              </w:rPr>
              <w:t>https://infourok.ru/biblioteka/rodnoj-yazyk/klass-1/type-57</w:t>
            </w:r>
          </w:p>
        </w:tc>
      </w:tr>
      <w:tr w:rsidR="0050158B" w:rsidTr="0050158B">
        <w:trPr>
          <w:trHeight w:val="370"/>
        </w:trPr>
        <w:tc>
          <w:tcPr>
            <w:tcW w:w="6408" w:type="dxa"/>
            <w:gridSpan w:val="4"/>
          </w:tcPr>
          <w:p w:rsidR="0050158B" w:rsidRDefault="0050158B" w:rsidP="0050158B">
            <w:pPr>
              <w:pStyle w:val="TableParagraph"/>
              <w:spacing w:before="64" w:line="266" w:lineRule="auto"/>
              <w:rPr>
                <w:spacing w:val="-1"/>
                <w:w w:val="105"/>
                <w:sz w:val="15"/>
              </w:rPr>
            </w:pPr>
            <w:r>
              <w:rPr>
                <w:spacing w:val="-1"/>
                <w:w w:val="105"/>
                <w:sz w:val="15"/>
              </w:rPr>
              <w:t>Итого по разделу</w:t>
            </w:r>
          </w:p>
        </w:tc>
        <w:tc>
          <w:tcPr>
            <w:tcW w:w="567" w:type="dxa"/>
            <w:gridSpan w:val="2"/>
          </w:tcPr>
          <w:p w:rsidR="0050158B" w:rsidRDefault="0050158B" w:rsidP="0050158B">
            <w:pPr>
              <w:pStyle w:val="TableParagraph"/>
              <w:spacing w:before="64"/>
              <w:rPr>
                <w:w w:val="104"/>
                <w:sz w:val="15"/>
              </w:rPr>
            </w:pPr>
            <w:r>
              <w:rPr>
                <w:w w:val="104"/>
                <w:sz w:val="15"/>
              </w:rPr>
              <w:t>16</w:t>
            </w:r>
          </w:p>
        </w:tc>
        <w:tc>
          <w:tcPr>
            <w:tcW w:w="8531" w:type="dxa"/>
            <w:gridSpan w:val="10"/>
          </w:tcPr>
          <w:p w:rsidR="0050158B" w:rsidRPr="00F76E5A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</w:p>
        </w:tc>
      </w:tr>
      <w:tr w:rsidR="0050158B" w:rsidRPr="002A1132" w:rsidTr="0050158B">
        <w:trPr>
          <w:trHeight w:val="370"/>
        </w:trPr>
        <w:tc>
          <w:tcPr>
            <w:tcW w:w="15506" w:type="dxa"/>
            <w:gridSpan w:val="16"/>
          </w:tcPr>
          <w:p w:rsidR="0050158B" w:rsidRPr="0070060E" w:rsidRDefault="0050158B" w:rsidP="0050158B">
            <w:pPr>
              <w:pStyle w:val="TableParagraph"/>
              <w:spacing w:before="64"/>
              <w:ind w:left="0"/>
              <w:rPr>
                <w:b/>
                <w:sz w:val="15"/>
              </w:rPr>
            </w:pPr>
            <w:r w:rsidRPr="0070060E">
              <w:rPr>
                <w:b/>
                <w:spacing w:val="-1"/>
                <w:w w:val="105"/>
                <w:sz w:val="15"/>
              </w:rPr>
              <w:t>Раздел 3. Русский язык: прошлое и настоящее</w:t>
            </w:r>
          </w:p>
        </w:tc>
      </w:tr>
      <w:tr w:rsidR="0050158B" w:rsidRPr="002A1132" w:rsidTr="0050158B">
        <w:trPr>
          <w:trHeight w:val="370"/>
        </w:trPr>
        <w:tc>
          <w:tcPr>
            <w:tcW w:w="410" w:type="dxa"/>
            <w:gridSpan w:val="3"/>
            <w:tcBorders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3.1.</w:t>
            </w:r>
          </w:p>
        </w:tc>
        <w:tc>
          <w:tcPr>
            <w:tcW w:w="5998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 w:line="266" w:lineRule="auto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Сведения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истории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русской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письменности: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появились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буквы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современного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русского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алфавита.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Особенности оформления книг в Древней Руси: оформление красной строки и заставок. Значение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устаревших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данной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тематики.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Русские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пословицы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поговорки,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связанные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письменностью.</w:t>
            </w:r>
          </w:p>
          <w:p w:rsidR="0050158B" w:rsidRDefault="0050158B" w:rsidP="0050158B">
            <w:pPr>
              <w:pStyle w:val="TableParagraph"/>
              <w:spacing w:before="2" w:line="266" w:lineRule="auto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Различные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приёмы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слушания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научно-познавательных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художественных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культуре русского народа. </w:t>
            </w:r>
            <w:r>
              <w:rPr>
                <w:w w:val="105"/>
                <w:sz w:val="15"/>
              </w:rPr>
              <w:t>Различные приёмы слушания научно-познавательных и художественных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культуре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русского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народа.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10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3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9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0"/>
              <w:ind w:left="0"/>
              <w:rPr>
                <w:sz w:val="14"/>
              </w:rPr>
            </w:pPr>
            <w:r>
              <w:rPr>
                <w:sz w:val="14"/>
              </w:rPr>
              <w:t>23.01.2023 -22.02.2023</w:t>
            </w:r>
          </w:p>
        </w:tc>
        <w:tc>
          <w:tcPr>
            <w:tcW w:w="269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 w:line="266" w:lineRule="auto"/>
              <w:ind w:left="78" w:right="91"/>
              <w:rPr>
                <w:sz w:val="15"/>
              </w:rPr>
            </w:pPr>
            <w:r>
              <w:rPr>
                <w:w w:val="105"/>
                <w:sz w:val="15"/>
              </w:rPr>
              <w:t>Рассказ учителя (с опорой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иллюстрации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учебника)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 том, как писали 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старину;</w:t>
            </w:r>
          </w:p>
          <w:p w:rsidR="0050158B" w:rsidRDefault="0050158B" w:rsidP="0050158B">
            <w:pPr>
              <w:pStyle w:val="TableParagraph"/>
              <w:spacing w:before="3" w:line="266" w:lineRule="auto"/>
              <w:ind w:left="78" w:right="44"/>
              <w:rPr>
                <w:sz w:val="15"/>
              </w:rPr>
            </w:pPr>
            <w:r>
              <w:rPr>
                <w:w w:val="105"/>
                <w:sz w:val="15"/>
              </w:rPr>
              <w:t>Анализ 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комментирование значения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пословиц о важности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овладения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грамотой;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 w:line="266" w:lineRule="auto"/>
              <w:ind w:left="79" w:right="44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441" w:type="dxa"/>
            <w:tcBorders>
              <w:lef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76E5A">
              <w:rPr>
                <w:sz w:val="15"/>
              </w:rPr>
              <w:t>https://infourok.ru/biblioteka/rodnoj-yazyk/klass-1/type-57</w:t>
            </w:r>
          </w:p>
        </w:tc>
      </w:tr>
      <w:tr w:rsidR="0050158B" w:rsidRPr="002A1132" w:rsidTr="0050158B">
        <w:trPr>
          <w:trHeight w:val="370"/>
        </w:trPr>
        <w:tc>
          <w:tcPr>
            <w:tcW w:w="410" w:type="dxa"/>
            <w:gridSpan w:val="3"/>
            <w:tcBorders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3.2.</w:t>
            </w:r>
          </w:p>
        </w:tc>
        <w:tc>
          <w:tcPr>
            <w:tcW w:w="5998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 w:line="266" w:lineRule="auto"/>
              <w:ind w:right="4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Лексические единицы с национально-культурной семантикой, обозначающие </w:t>
            </w:r>
            <w:r>
              <w:rPr>
                <w:w w:val="105"/>
                <w:sz w:val="15"/>
              </w:rPr>
              <w:t>предметы традиционного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русского быта: дом в старину: что как называлось (изба, терем, хоромы, горница, светлица, светец,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лучина и т.д.). Значение устаревших слов указанной тематики. Русские пословицы и поговорки,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связанные с жилищем. Различные приемы слушания научно-познавательных и художественных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текстов об истории языка и культуре русского народа. Различные приемы научно-познавательных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художественных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русского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народа.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10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3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9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0"/>
              <w:ind w:left="0"/>
              <w:rPr>
                <w:sz w:val="14"/>
              </w:rPr>
            </w:pPr>
            <w:r>
              <w:rPr>
                <w:sz w:val="14"/>
              </w:rPr>
              <w:t>27.02.2023 -12.04.2023</w:t>
            </w:r>
          </w:p>
        </w:tc>
        <w:tc>
          <w:tcPr>
            <w:tcW w:w="269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 w:line="266" w:lineRule="auto"/>
              <w:ind w:left="78" w:right="114"/>
              <w:rPr>
                <w:sz w:val="15"/>
              </w:rPr>
            </w:pPr>
            <w:r>
              <w:rPr>
                <w:w w:val="105"/>
                <w:sz w:val="15"/>
              </w:rPr>
              <w:t>Упражнение: сравнение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словесного описания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терема в стихотворении с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иллюстрацией,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нахождение отличий;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Беседа-размышление 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том, как освещали свои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дома люди 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прошлом, знакомство со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словами лучина и светец;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Обсуждение значения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смысла крылатых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выражений о доме 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Использование словарных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статей учебника для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определения лексического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слов;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 w:line="266" w:lineRule="auto"/>
              <w:ind w:left="79" w:right="44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441" w:type="dxa"/>
            <w:tcBorders>
              <w:lef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76E5A">
              <w:rPr>
                <w:sz w:val="15"/>
              </w:rPr>
              <w:t>https://infourok.ru/biblioteka/rodnoj-yazyk/klass-1/type-57</w:t>
            </w:r>
          </w:p>
        </w:tc>
      </w:tr>
      <w:tr w:rsidR="0050158B" w:rsidRPr="002A1132" w:rsidTr="0050158B">
        <w:trPr>
          <w:trHeight w:val="370"/>
        </w:trPr>
        <w:tc>
          <w:tcPr>
            <w:tcW w:w="410" w:type="dxa"/>
            <w:gridSpan w:val="3"/>
            <w:tcBorders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3.3.</w:t>
            </w:r>
          </w:p>
        </w:tc>
        <w:tc>
          <w:tcPr>
            <w:tcW w:w="5998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 w:line="266" w:lineRule="auto"/>
              <w:ind w:right="4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Лексические единицы с национально-культурной семантикой, обозначающие </w:t>
            </w:r>
            <w:r>
              <w:rPr>
                <w:w w:val="105"/>
                <w:sz w:val="15"/>
              </w:rPr>
              <w:t>предметы традиционного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русского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быта: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называлось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одевались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старину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(кафтан,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кушак,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рубаха,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сарафан,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лапти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т.д.). Значение устаревших слов указанной </w:t>
            </w:r>
            <w:r>
              <w:rPr>
                <w:w w:val="105"/>
                <w:sz w:val="15"/>
              </w:rPr>
              <w:lastRenderedPageBreak/>
              <w:t>тематики. Русские пословицы и поговорки, связанные с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одеждой. Различные </w:t>
            </w:r>
            <w:r>
              <w:rPr>
                <w:w w:val="105"/>
                <w:sz w:val="15"/>
              </w:rPr>
              <w:t>приемы слушания научно-познавательных и художественных текстов об истории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культуре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русского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народа.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lastRenderedPageBreak/>
              <w:t>6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3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9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0"/>
              <w:ind w:left="0"/>
              <w:rPr>
                <w:sz w:val="14"/>
              </w:rPr>
            </w:pPr>
            <w:r>
              <w:rPr>
                <w:sz w:val="14"/>
              </w:rPr>
              <w:t>17.04.2023 -08.05.2023</w:t>
            </w:r>
          </w:p>
        </w:tc>
        <w:tc>
          <w:tcPr>
            <w:tcW w:w="269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 w:line="266" w:lineRule="auto"/>
              <w:ind w:left="78" w:right="49"/>
              <w:rPr>
                <w:sz w:val="15"/>
              </w:rPr>
            </w:pPr>
            <w:r>
              <w:rPr>
                <w:w w:val="105"/>
                <w:sz w:val="15"/>
              </w:rPr>
              <w:t>Учебный диалог о словах,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называющих старинную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одежду Обсуждение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текстов загадок, анализ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lastRenderedPageBreak/>
              <w:t>особенностей их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построения, уточнение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лексического значения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использованных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них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выражений;</w:t>
            </w:r>
          </w:p>
          <w:p w:rsidR="0050158B" w:rsidRDefault="0050158B" w:rsidP="0050158B">
            <w:pPr>
              <w:pStyle w:val="TableParagraph"/>
              <w:spacing w:before="6" w:line="266" w:lineRule="auto"/>
              <w:ind w:left="78" w:right="278"/>
              <w:rPr>
                <w:sz w:val="15"/>
              </w:rPr>
            </w:pPr>
            <w:r>
              <w:rPr>
                <w:w w:val="105"/>
                <w:sz w:val="15"/>
              </w:rPr>
              <w:t>Работа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книгой: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текста, составление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небольших устных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сообщений на основе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прочитанного;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 w:line="266" w:lineRule="auto"/>
              <w:ind w:left="79" w:right="44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lastRenderedPageBreak/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441" w:type="dxa"/>
            <w:tcBorders>
              <w:lef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76E5A">
              <w:rPr>
                <w:sz w:val="15"/>
              </w:rPr>
              <w:t>https://infourok.ru/biblioteka/rodnoj-yazyk/klass-1/type-57</w:t>
            </w:r>
          </w:p>
        </w:tc>
      </w:tr>
      <w:tr w:rsidR="0050158B" w:rsidTr="0050158B">
        <w:trPr>
          <w:trHeight w:val="370"/>
        </w:trPr>
        <w:tc>
          <w:tcPr>
            <w:tcW w:w="6408" w:type="dxa"/>
            <w:gridSpan w:val="4"/>
            <w:tcBorders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разделу: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26</w:t>
            </w:r>
          </w:p>
        </w:tc>
        <w:tc>
          <w:tcPr>
            <w:tcW w:w="8531" w:type="dxa"/>
            <w:gridSpan w:val="10"/>
            <w:tcBorders>
              <w:lef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</w:p>
        </w:tc>
      </w:tr>
      <w:tr w:rsidR="0050158B" w:rsidRPr="002A1132" w:rsidTr="0050158B">
        <w:trPr>
          <w:trHeight w:val="370"/>
        </w:trPr>
        <w:tc>
          <w:tcPr>
            <w:tcW w:w="15506" w:type="dxa"/>
            <w:gridSpan w:val="16"/>
          </w:tcPr>
          <w:p w:rsidR="0050158B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b/>
                <w:w w:val="105"/>
                <w:sz w:val="15"/>
              </w:rPr>
              <w:t>Раздел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4.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Секреты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речи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текста</w:t>
            </w:r>
          </w:p>
        </w:tc>
      </w:tr>
      <w:tr w:rsidR="0050158B" w:rsidRPr="002A1132" w:rsidTr="0050158B">
        <w:trPr>
          <w:trHeight w:val="370"/>
        </w:trPr>
        <w:tc>
          <w:tcPr>
            <w:tcW w:w="380" w:type="dxa"/>
            <w:tcBorders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4.1.</w:t>
            </w:r>
          </w:p>
        </w:tc>
        <w:tc>
          <w:tcPr>
            <w:tcW w:w="605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 w:line="266" w:lineRule="auto"/>
              <w:rPr>
                <w:sz w:val="15"/>
              </w:rPr>
            </w:pPr>
            <w:r>
              <w:rPr>
                <w:w w:val="105"/>
                <w:sz w:val="15"/>
              </w:rPr>
              <w:t>Наблюдение за текстами разной стилистической принадлежности. Составление текстов. Анализ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информации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прочитанного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прослушанного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текста: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выделение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наиболее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существенных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фактов.</w:t>
            </w:r>
          </w:p>
        </w:tc>
        <w:tc>
          <w:tcPr>
            <w:tcW w:w="545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3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0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0"/>
              <w:ind w:left="0"/>
              <w:rPr>
                <w:sz w:val="14"/>
              </w:rPr>
            </w:pPr>
            <w:r>
              <w:rPr>
                <w:sz w:val="14"/>
              </w:rPr>
              <w:t>10.05.2023-17.05.2022</w:t>
            </w:r>
          </w:p>
        </w:tc>
        <w:tc>
          <w:tcPr>
            <w:tcW w:w="2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 w:line="266" w:lineRule="auto"/>
              <w:ind w:left="78" w:right="161"/>
              <w:rPr>
                <w:sz w:val="15"/>
              </w:rPr>
            </w:pPr>
            <w:r>
              <w:rPr>
                <w:w w:val="105"/>
                <w:sz w:val="15"/>
              </w:rPr>
              <w:t>Работа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книгой: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сравнение текстов;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Беседа по вопросам к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тексту, </w:t>
            </w:r>
            <w:r>
              <w:rPr>
                <w:w w:val="105"/>
                <w:sz w:val="15"/>
              </w:rPr>
              <w:t>определение цели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создания и особенностей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каждого текста;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Групповая творческая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работа: подготовка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рассказа о дожде,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ливне, грозе с опорой на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прочитанные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тексты;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 w:line="266" w:lineRule="auto"/>
              <w:ind w:left="79" w:right="44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</w:t>
            </w:r>
          </w:p>
        </w:tc>
        <w:tc>
          <w:tcPr>
            <w:tcW w:w="1441" w:type="dxa"/>
            <w:tcBorders>
              <w:lef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76E5A">
              <w:rPr>
                <w:sz w:val="15"/>
              </w:rPr>
              <w:t>https://infourok.ru/biblioteka/rodnoj-yazyk/klass-1/type-57</w:t>
            </w:r>
          </w:p>
        </w:tc>
      </w:tr>
      <w:tr w:rsidR="0050158B" w:rsidTr="0050158B">
        <w:trPr>
          <w:trHeight w:val="370"/>
        </w:trPr>
        <w:tc>
          <w:tcPr>
            <w:tcW w:w="6430" w:type="dxa"/>
            <w:gridSpan w:val="5"/>
            <w:tcBorders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 w:line="266" w:lineRule="auto"/>
              <w:rPr>
                <w:w w:val="105"/>
                <w:sz w:val="15"/>
              </w:rPr>
            </w:pPr>
            <w:r>
              <w:rPr>
                <w:w w:val="105"/>
                <w:sz w:val="15"/>
              </w:rPr>
              <w:t>Итого по разделу</w:t>
            </w:r>
          </w:p>
        </w:tc>
        <w:tc>
          <w:tcPr>
            <w:tcW w:w="545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rPr>
                <w:w w:val="104"/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8531" w:type="dxa"/>
            <w:gridSpan w:val="10"/>
            <w:tcBorders>
              <w:left w:val="single" w:sz="4" w:space="0" w:color="auto"/>
            </w:tcBorders>
          </w:tcPr>
          <w:p w:rsidR="0050158B" w:rsidRPr="00F76E5A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</w:p>
        </w:tc>
      </w:tr>
      <w:tr w:rsidR="0050158B" w:rsidTr="0050158B">
        <w:trPr>
          <w:trHeight w:val="370"/>
        </w:trPr>
        <w:tc>
          <w:tcPr>
            <w:tcW w:w="6430" w:type="dxa"/>
            <w:gridSpan w:val="5"/>
            <w:tcBorders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 w:line="266" w:lineRule="auto"/>
              <w:rPr>
                <w:w w:val="105"/>
                <w:sz w:val="15"/>
              </w:rPr>
            </w:pPr>
            <w:r>
              <w:rPr>
                <w:w w:val="105"/>
                <w:sz w:val="15"/>
              </w:rPr>
              <w:t>Резервное время</w:t>
            </w:r>
          </w:p>
        </w:tc>
        <w:tc>
          <w:tcPr>
            <w:tcW w:w="545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rPr>
                <w:w w:val="104"/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228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50158B" w:rsidRPr="00F76E5A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</w:p>
        </w:tc>
        <w:tc>
          <w:tcPr>
            <w:tcW w:w="106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0158B" w:rsidRPr="00F76E5A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sz w:val="15"/>
              </w:rPr>
              <w:t>22.05</w:t>
            </w:r>
            <w:r>
              <w:rPr>
                <w:sz w:val="14"/>
              </w:rPr>
              <w:t xml:space="preserve">.2023 </w:t>
            </w:r>
            <w:r>
              <w:rPr>
                <w:sz w:val="15"/>
              </w:rPr>
              <w:t>-24.05</w:t>
            </w:r>
            <w:r>
              <w:rPr>
                <w:sz w:val="14"/>
              </w:rPr>
              <w:t>.2023</w:t>
            </w:r>
          </w:p>
        </w:tc>
        <w:tc>
          <w:tcPr>
            <w:tcW w:w="5183" w:type="dxa"/>
            <w:gridSpan w:val="3"/>
            <w:tcBorders>
              <w:left w:val="single" w:sz="4" w:space="0" w:color="auto"/>
            </w:tcBorders>
          </w:tcPr>
          <w:p w:rsidR="0050158B" w:rsidRPr="00F76E5A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</w:p>
        </w:tc>
      </w:tr>
      <w:tr w:rsidR="0050158B" w:rsidTr="0050158B">
        <w:trPr>
          <w:trHeight w:val="370"/>
        </w:trPr>
        <w:tc>
          <w:tcPr>
            <w:tcW w:w="6430" w:type="dxa"/>
            <w:gridSpan w:val="5"/>
            <w:tcBorders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ОБЩЕЕ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КОЛИЧЕСТВО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ЧАСОВ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ПРОГРАММЕ</w:t>
            </w:r>
          </w:p>
        </w:tc>
        <w:tc>
          <w:tcPr>
            <w:tcW w:w="545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66</w:t>
            </w:r>
          </w:p>
        </w:tc>
        <w:tc>
          <w:tcPr>
            <w:tcW w:w="11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088" w:type="dxa"/>
            <w:tcBorders>
              <w:left w:val="single" w:sz="4" w:space="0" w:color="auto"/>
              <w:right w:val="single" w:sz="4" w:space="0" w:color="auto"/>
            </w:tcBorders>
          </w:tcPr>
          <w:p w:rsidR="0050158B" w:rsidRDefault="0050158B" w:rsidP="0050158B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6</w:t>
            </w:r>
          </w:p>
        </w:tc>
        <w:tc>
          <w:tcPr>
            <w:tcW w:w="6263" w:type="dxa"/>
            <w:gridSpan w:val="7"/>
            <w:tcBorders>
              <w:left w:val="single" w:sz="4" w:space="0" w:color="auto"/>
            </w:tcBorders>
          </w:tcPr>
          <w:p w:rsidR="0050158B" w:rsidRPr="00F76E5A" w:rsidRDefault="0050158B" w:rsidP="0050158B">
            <w:pPr>
              <w:pStyle w:val="TableParagraph"/>
              <w:spacing w:before="64"/>
              <w:ind w:left="79"/>
              <w:rPr>
                <w:sz w:val="15"/>
              </w:rPr>
            </w:pPr>
          </w:p>
        </w:tc>
      </w:tr>
    </w:tbl>
    <w:p w:rsidR="0050158B" w:rsidRDefault="0050158B" w:rsidP="0050158B">
      <w:pPr>
        <w:rPr>
          <w:sz w:val="15"/>
        </w:rPr>
        <w:sectPr w:rsidR="0050158B">
          <w:pgSz w:w="16840" w:h="11900" w:orient="landscape"/>
          <w:pgMar w:top="580" w:right="540" w:bottom="280" w:left="560" w:header="720" w:footer="720" w:gutter="0"/>
          <w:cols w:space="720"/>
        </w:sectPr>
      </w:pPr>
    </w:p>
    <w:p w:rsidR="0050158B" w:rsidRDefault="0050158B">
      <w:pPr>
        <w:autoSpaceDE w:val="0"/>
        <w:autoSpaceDN w:val="0"/>
        <w:spacing w:before="188" w:after="94" w:line="233" w:lineRule="auto"/>
        <w:rPr>
          <w:rFonts w:ascii="Times New Roman" w:eastAsia="Times New Roman" w:hAnsi="Times New Roman"/>
          <w:b/>
          <w:color w:val="000000"/>
          <w:sz w:val="18"/>
          <w:lang w:val="ru-RU"/>
        </w:rPr>
      </w:pPr>
    </w:p>
    <w:p w:rsidR="006916AA" w:rsidRDefault="008D3EB4">
      <w:pPr>
        <w:autoSpaceDE w:val="0"/>
        <w:autoSpaceDN w:val="0"/>
        <w:spacing w:before="188" w:after="94" w:line="233" w:lineRule="auto"/>
      </w:pPr>
      <w:r>
        <w:rPr>
          <w:rFonts w:ascii="Times New Roman" w:eastAsia="Times New Roman" w:hAnsi="Times New Roman"/>
          <w:b/>
          <w:color w:val="000000"/>
          <w:sz w:val="18"/>
        </w:rPr>
        <w:t>2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9510"/>
        <w:gridCol w:w="528"/>
        <w:gridCol w:w="1104"/>
        <w:gridCol w:w="1142"/>
        <w:gridCol w:w="2822"/>
      </w:tblGrid>
      <w:tr w:rsidR="006916AA">
        <w:trPr>
          <w:trHeight w:hRule="exact" w:val="348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9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28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45" w:lineRule="auto"/>
              <w:ind w:left="72" w:right="86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6916AA">
        <w:trPr>
          <w:trHeight w:hRule="exact" w:val="540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6AA" w:rsidRDefault="006916AA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6AA" w:rsidRDefault="006916AA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6AA" w:rsidRDefault="006916AA"/>
        </w:tc>
      </w:tr>
      <w:tr w:rsidR="006916AA" w:rsidRPr="002A1132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1. Русский язык: прошлое и настоящее</w:t>
            </w:r>
          </w:p>
        </w:tc>
      </w:tr>
      <w:tr w:rsidR="006916AA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9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45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Что и как могут рассказать слова об одежде. Лексические единицы с национально-культурной семантикой, обозначающие одежду. Пословицы, поговорки, фразеологизмы, возникновение которых связано с предметами и явлениями традиционного русского быта: одежда.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https://infourok.ru/prezentaciya-po-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russkomu-rodnomu-yazyku-na-temu-po-odyozhke-vstrechayut-2-klass-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4433087.html</w:t>
            </w:r>
          </w:p>
        </w:tc>
      </w:tr>
      <w:tr w:rsidR="006916AA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9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47" w:lineRule="auto"/>
              <w:ind w:left="72" w:right="288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Что и как могут рассказать слова о еде. Лексические единицы с национально-культурной семантикой, обозначающие предметы традиционного русского быта: русская кухня. Пословицы, поговорки, фразеологизмы, возникновение которых связано с предметами и явлениями традиционного русского быта: еда.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https://infourok.ru/prezentaciya-po-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russkomu-rodnomu-yazyku-na-temu-rzhanoj-hlebushko-kalachu-dedushka-2-klass-4442826.html</w:t>
            </w:r>
          </w:p>
        </w:tc>
      </w:tr>
      <w:tr w:rsidR="006916AA">
        <w:trPr>
          <w:trHeight w:hRule="exact" w:val="169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9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Что и как могут рассказать слова о детских забавах. Лексические единицы с национально-культурной семантикой, обозначающие предметы традиционного русского быта: детские забавы, игры и игрушки. Пословицы, поговорки, фразеологизмы, возникновение которых связано с предметами и явлениями традиционного русского быта: детские игры, забавы.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54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https://infourok.ru/podborka-materialov-prezentaciya-k-uroku-russkogo-rodnogo-yazyka-po-teme-lyubish-katatsya-lyubi-i-sanochki-vozit-4365134.html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https://infourok.ru/prezentaciya-po-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rodnomu-russkomu-yazyku-2-klass-po-teme-kak-poyavilis-poslovicy-i-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frazeologizmy-4025868.html</w:t>
            </w:r>
          </w:p>
        </w:tc>
      </w:tr>
      <w:tr w:rsidR="006916AA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9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Лексические единицы с национально-культурной семантикой, обозначающие предметы традиционного русского быта: слова, называющие домашнюю утварь. Пословицы, поговорки, фразеологизмы, возникновение которых связано с предметами и явлениями традиционного русского быта: домашняя утварь.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https://infourok.ru/prezentaciya-po-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rodnomu-russkomu-yazyku-2-klass-po-teme-kak-poyavilis-poslovicy-i-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frazeologizmy-4025868.html</w:t>
            </w:r>
          </w:p>
        </w:tc>
      </w:tr>
      <w:tr w:rsidR="006916AA">
        <w:trPr>
          <w:trHeight w:hRule="exact" w:val="92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1.5.</w:t>
            </w:r>
          </w:p>
        </w:tc>
        <w:tc>
          <w:tcPr>
            <w:tcW w:w="9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Лексические единицы с национально-культурной семантикой, обозначающие предметы традиционного русского быта: слова, связанные с традицией русского чаепития. Пословицы, поговорки, фразеологизмы, возникновение которых связано с предметами и явлениями традиционного русского быта: традиция чаепития.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https://infourok.ru/prezentaciya-po-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rodnomu-russkomu-yazyku-2-klass-po-teme-kak-poyavilis-poslovicy-i-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frazeologizmy-4025868.html</w:t>
            </w:r>
          </w:p>
        </w:tc>
      </w:tr>
      <w:tr w:rsidR="006916AA">
        <w:trPr>
          <w:trHeight w:hRule="exact" w:val="348"/>
        </w:trPr>
        <w:tc>
          <w:tcPr>
            <w:tcW w:w="9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12</w:t>
            </w:r>
          </w:p>
        </w:tc>
        <w:tc>
          <w:tcPr>
            <w:tcW w:w="5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6916AA"/>
        </w:tc>
      </w:tr>
      <w:tr w:rsidR="006916AA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2. Язык в действии</w:t>
            </w:r>
          </w:p>
        </w:tc>
      </w:tr>
      <w:tr w:rsidR="006916AA">
        <w:trPr>
          <w:trHeight w:hRule="exact" w:val="90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9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45" w:lineRule="auto"/>
              <w:ind w:left="72"/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Пропедевтическая работа по предупреждению ошибок в произношении слов в речи. Смыслоразличительная роль ударения. Наблюдение за изменением места ударения в поэтическом тексте.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 со словарем ударений.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https://infourok.ru/prezentaciya-po-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rodnomu-yazyku-na-temu-pomogaet-li-udarenie-razlichat-slova-2-klass-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4542737.html</w:t>
            </w:r>
          </w:p>
        </w:tc>
      </w:tr>
    </w:tbl>
    <w:p w:rsidR="006916AA" w:rsidRDefault="006916AA">
      <w:pPr>
        <w:autoSpaceDE w:val="0"/>
        <w:autoSpaceDN w:val="0"/>
        <w:spacing w:after="0" w:line="14" w:lineRule="exact"/>
      </w:pPr>
    </w:p>
    <w:p w:rsidR="006916AA" w:rsidRDefault="006916AA">
      <w:pPr>
        <w:sectPr w:rsidR="006916AA">
          <w:pgSz w:w="16840" w:h="11900"/>
          <w:pgMar w:top="16" w:right="640" w:bottom="49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6916AA" w:rsidRDefault="006916AA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9510"/>
        <w:gridCol w:w="528"/>
        <w:gridCol w:w="1104"/>
        <w:gridCol w:w="1142"/>
        <w:gridCol w:w="2822"/>
      </w:tblGrid>
      <w:tr w:rsidR="006916AA">
        <w:trPr>
          <w:trHeight w:hRule="exact" w:val="13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9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Синонимы и антонимы.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5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https://infourok.ru/prezentaciya-po-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rodnomu-yazyku-na-temu-dlya-chego-nuzhny-sinonimy-2-klass-4036269.html https://infourok.ru/prezentaciya-po-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rodnomu-russkomu-yazyku-dlya-chego-nuzhny-antonimy-2-klass-5689507.html</w:t>
            </w:r>
          </w:p>
        </w:tc>
      </w:tr>
      <w:tr w:rsidR="006916AA">
        <w:trPr>
          <w:trHeight w:hRule="exact" w:val="92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9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Происхождение пословиц и фразеологизмов.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https://infourok.ru/prezentaciya-po-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rodnomu-russkomu-yazyku-2-klass-po-teme-kak-poyavilis-poslovicy-i-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frazeologizmy-4025868.html</w:t>
            </w:r>
          </w:p>
        </w:tc>
      </w:tr>
      <w:tr w:rsidR="006916AA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9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Разные способы толкования значения слов.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https://infourok.ru/prezentaciya-k-uroku-rodnoj-russkij-yazyk-2-klass-po-teme-kak-mozhno-obyasnit-znachenie-slova-5163403.html</w:t>
            </w:r>
          </w:p>
        </w:tc>
      </w:tr>
      <w:tr w:rsidR="006916AA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9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Учимся читать стихи и сказки.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https://infourok.ru/prezentaciya-k-uroku-rodnogo-russkogo-yazyka-vo-2-klasse-na-temu-vstrechaetsya-li-v-skazkah-i-stihah-neobychnoe-udarenie-5172997.html</w:t>
            </w:r>
          </w:p>
        </w:tc>
      </w:tr>
      <w:tr w:rsidR="006916AA">
        <w:trPr>
          <w:trHeight w:hRule="exact" w:val="348"/>
        </w:trPr>
        <w:tc>
          <w:tcPr>
            <w:tcW w:w="9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</w:t>
            </w:r>
          </w:p>
        </w:tc>
        <w:tc>
          <w:tcPr>
            <w:tcW w:w="5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6916AA"/>
        </w:tc>
      </w:tr>
      <w:tr w:rsidR="006916AA" w:rsidRPr="002A1132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3. Секреты речи и текста</w:t>
            </w:r>
          </w:p>
        </w:tc>
      </w:tr>
      <w:tr w:rsidR="006916AA">
        <w:trPr>
          <w:trHeight w:hRule="exact" w:val="92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9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Диалог. Приемы обещния. Особенности русского речевого этикета. Устойчивые этикетные выражения в учебно-научной коммуникации: формы обращения; использование обращений ты и вы.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50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https://infourok.ru/prezentaciya-po-russkomu-rodnomu-yazyku-na-temu-uchimsya-vesti-dialog-priyomy-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obsheniya-2-klass-5808241.html</w:t>
            </w:r>
          </w:p>
        </w:tc>
      </w:tr>
      <w:tr w:rsidR="006916AA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9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45" w:lineRule="auto"/>
              <w:ind w:right="576"/>
              <w:jc w:val="center"/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Анализ информации прочитанного и прослушанного текста: отличение главныых фактов от второстепенных; выделение наиболее существенных фактов; установление логической связи между фактами.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Создание текста: развернутое толкование значения слова.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https://infourok.ru/krok-po-rodnomu-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yazyku-vo-2-klasse-sostavlyaem-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razvernutoe-tolkovanie-znacheniya-slova-5274367.html</w:t>
            </w:r>
          </w:p>
        </w:tc>
      </w:tr>
      <w:tr w:rsidR="006916AA">
        <w:trPr>
          <w:trHeight w:hRule="exact" w:val="111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9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Связь предложений в тексте. Практическое овладение средствами связи: лексический повтор, местоименный повтор.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5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https://infourok.ru/prezentaciya-po-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rodnomu-yazyku-sposoby-svyazi-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predlozhenij-v-tekste-kak-izbezhat-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povtora-odnogo-i-togo-zhe-slova-2-klass-4423682.html</w:t>
            </w:r>
          </w:p>
        </w:tc>
      </w:tr>
      <w:tr w:rsidR="006916AA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951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Создание текстов инструкций. Создание текстов-повествований: заметки о посещении музеев: повествование об участии в народных праздниках.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50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https://infourok.ru/prezentaciya-po-russkomu-rodnomu-yazyku-na-temu-sozdayom-teksty-instrukcii-i-teksty-povestvovaniya-2-klass-6083693.html</w:t>
            </w:r>
          </w:p>
        </w:tc>
      </w:tr>
      <w:tr w:rsidR="006916AA">
        <w:trPr>
          <w:trHeight w:hRule="exact" w:val="734"/>
        </w:trPr>
        <w:tc>
          <w:tcPr>
            <w:tcW w:w="3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951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Устный ответ как жанр монологической устной учебно-научной речи.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50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https://infourok.ru/ustniy-otvet-po-predmetu-kak-rechevoy-zhanr-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3988956.html</w:t>
            </w:r>
          </w:p>
        </w:tc>
      </w:tr>
      <w:tr w:rsidR="006916AA">
        <w:trPr>
          <w:trHeight w:hRule="exact" w:val="348"/>
        </w:trPr>
        <w:tc>
          <w:tcPr>
            <w:tcW w:w="9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</w:t>
            </w:r>
          </w:p>
        </w:tc>
        <w:tc>
          <w:tcPr>
            <w:tcW w:w="5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6916AA"/>
        </w:tc>
      </w:tr>
      <w:tr w:rsidR="006916AA">
        <w:trPr>
          <w:trHeight w:hRule="exact" w:val="348"/>
        </w:trPr>
        <w:tc>
          <w:tcPr>
            <w:tcW w:w="9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Резервное время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5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6916AA"/>
        </w:tc>
      </w:tr>
      <w:tr w:rsidR="006916AA">
        <w:trPr>
          <w:trHeight w:hRule="exact" w:val="348"/>
        </w:trPr>
        <w:tc>
          <w:tcPr>
            <w:tcW w:w="9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6916AA"/>
        </w:tc>
      </w:tr>
    </w:tbl>
    <w:p w:rsidR="006916AA" w:rsidRDefault="008D3EB4">
      <w:pPr>
        <w:autoSpaceDE w:val="0"/>
        <w:autoSpaceDN w:val="0"/>
        <w:spacing w:before="188" w:after="0" w:line="233" w:lineRule="auto"/>
      </w:pPr>
      <w:r>
        <w:rPr>
          <w:rFonts w:ascii="Times New Roman" w:eastAsia="Times New Roman" w:hAnsi="Times New Roman"/>
          <w:b/>
          <w:color w:val="000000"/>
          <w:sz w:val="18"/>
        </w:rPr>
        <w:t>3 КЛАСС</w:t>
      </w:r>
    </w:p>
    <w:p w:rsidR="006916AA" w:rsidRDefault="006916AA">
      <w:pPr>
        <w:sectPr w:rsidR="006916AA">
          <w:pgSz w:w="16840" w:h="11900"/>
          <w:pgMar w:top="284" w:right="640" w:bottom="24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6916AA" w:rsidRDefault="006916AA">
      <w:pPr>
        <w:autoSpaceDE w:val="0"/>
        <w:autoSpaceDN w:val="0"/>
        <w:spacing w:after="10" w:line="220" w:lineRule="exact"/>
      </w:pPr>
    </w:p>
    <w:p w:rsidR="006916AA" w:rsidRDefault="008D3EB4">
      <w:pPr>
        <w:autoSpaceDE w:val="0"/>
        <w:autoSpaceDN w:val="0"/>
        <w:spacing w:after="94" w:line="230" w:lineRule="auto"/>
      </w:pPr>
      <w:r>
        <w:rPr>
          <w:rFonts w:ascii="Times New Roman" w:eastAsia="Times New Roman" w:hAnsi="Times New Roman"/>
          <w:b/>
          <w:color w:val="000000"/>
          <w:sz w:val="18"/>
        </w:rPr>
        <w:t>3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10950"/>
        <w:gridCol w:w="528"/>
        <w:gridCol w:w="1106"/>
        <w:gridCol w:w="1140"/>
        <w:gridCol w:w="1382"/>
      </w:tblGrid>
      <w:tr w:rsidR="006916AA">
        <w:trPr>
          <w:trHeight w:hRule="exact" w:val="348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10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1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5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Электронные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(цифровые)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 ресурсы</w:t>
            </w:r>
          </w:p>
        </w:tc>
      </w:tr>
      <w:tr w:rsidR="006916AA">
        <w:trPr>
          <w:trHeight w:hRule="exact" w:val="576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6AA" w:rsidRDefault="006916AA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6AA" w:rsidRDefault="006916AA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6AA" w:rsidRDefault="006916AA"/>
        </w:tc>
      </w:tr>
      <w:tr w:rsidR="006916AA" w:rsidRPr="002A1132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1. Русский язык: прошлое и настоящее</w:t>
            </w:r>
          </w:p>
        </w:tc>
      </w:tr>
      <w:tr w:rsidR="006916AA">
        <w:trPr>
          <w:trHeight w:hRule="exact" w:val="92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Что и как слова могут рассказывать об отношениях между людьми. Лексические единицы с национально-культурной семантикой, связанные с особенностями мировосприятия и отношений между людьми, например, правда - ложь, друг - недруг, брат - братнство - побратим. Синонимы. Антонимы. Оттенки значений.</w:t>
            </w:r>
          </w:p>
          <w:p w:rsidR="006916AA" w:rsidRPr="008D3EB4" w:rsidRDefault="008D3EB4">
            <w:pPr>
              <w:autoSpaceDE w:val="0"/>
              <w:autoSpaceDN w:val="0"/>
              <w:spacing w:before="20" w:after="0" w:line="245" w:lineRule="auto"/>
              <w:ind w:left="72" w:right="720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Слова с суффиксами оценки. Гнезда слов с корнями -брат-, -друг-. Жизнь слова (на примере слова дружина): что обозначало в разные времена, почему сохранилось? Пословицы, поговорки, фразеологизмы, в которых отражены особенности мировосприятия и отношений между людьми.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Что и как могут рассказать слова о природе. Лексические единицы с национально-культурной семантикой, называющие природные явления и растения, например, образные названия ветра, дождя, снега; названия растений. "Говорящие" слова: названия дождя, снега, ветра; названия растений. Диалектные слова: почему одно явление получает разные названия? Лексическая сочетаемость слов. Пословицы, поговорки, фразеологизмы, в которых отражены природные явления.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73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50" w:lineRule="auto"/>
              <w:ind w:left="72" w:right="288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Что и как могут рассказать слова о занятиях людей и профессиях. Лексические единицы с национально-культурной семантикой, называющие занятия людей, например, плотник, столяр, врач, ямщик, извозчик, коробейник. Способы толкования значения слова: с помощью родственных слов, с помощью синонимов. Устаревшие слова. Жизнь слова: отражение занятий людей в фамилиях, названиях улиц.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73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47" w:lineRule="auto"/>
              <w:ind w:left="72" w:right="426"/>
              <w:jc w:val="both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Что и как могут рассказать слова о занятиях людей. Лексические единицы с национально-культурной семантикой, называющие музыкальные инструменты, например, гудок, рожок, балалайка, гусли, гармонь. "Говорящие" слова. Прямое и переносное значение слов. Многозначные слова. Жизнь слова: изменение значения слова (на примере слов</w:t>
            </w:r>
            <w:r w:rsidRPr="008D3EB4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 xml:space="preserve"> гудеть, гармошка </w:t>
            </w: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 т.п.)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Названия старинных русских городов, происхождение названий. История городов, сохранившаяся в названиях улиц и площадей.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542"/>
        </w:trPr>
        <w:tc>
          <w:tcPr>
            <w:tcW w:w="3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1.6.</w:t>
            </w:r>
          </w:p>
        </w:tc>
        <w:tc>
          <w:tcPr>
            <w:tcW w:w="1095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Русские традиционные сказочные образы, эпитеты и сравнения, например, Снег</w:t>
            </w:r>
            <w:r w:rsidRPr="008D3EB4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>урочка, дубравка, сокол, соловей, зорька, солнце</w:t>
            </w: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 т. п.: уточнение значений, наблюдение за использованием в произведениях фольклора и художественной литературы.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48"/>
        </w:trPr>
        <w:tc>
          <w:tcPr>
            <w:tcW w:w="1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13</w:t>
            </w:r>
          </w:p>
        </w:tc>
        <w:tc>
          <w:tcPr>
            <w:tcW w:w="3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6916AA"/>
        </w:tc>
      </w:tr>
      <w:tr w:rsidR="006916AA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2. Язык в действии</w:t>
            </w:r>
          </w:p>
        </w:tc>
      </w:tr>
      <w:tr w:rsidR="006916A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Многообразие суффиксов, позволяющих выразить различные оттенки значения и различную оценку, как специфическая особенность русского языка.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Специфика грамматической категории рода имен существительных в русском языке.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Существительные, имеющие только форму единственного или только форму множественного числа.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48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Практическое овладение нормами употребления форм имен существительных (родительный падеж множественного числа).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Практическое овладение нормами правильного и точного употребления предлогов с пространственным значением, образования предложно-падежных форм существительных.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50"/>
        </w:trPr>
        <w:tc>
          <w:tcPr>
            <w:tcW w:w="1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9</w:t>
            </w:r>
          </w:p>
        </w:tc>
        <w:tc>
          <w:tcPr>
            <w:tcW w:w="3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6916AA"/>
        </w:tc>
      </w:tr>
      <w:tr w:rsidR="006916AA" w:rsidRPr="002A1132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3. Секреты речи и текста</w:t>
            </w:r>
          </w:p>
        </w:tc>
      </w:tr>
      <w:tr w:rsidR="006916A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Особенности устного выступления.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Создание текстов-рассуждений с использованием различных способов аргументации (в рамках изученного).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Редактирование предложенных текстов с целью совершенствования их содержания и формы (в пределах изученного в основном курсе).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2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Создание текстов-повествований о путешествии по городам; об участии в мастер-классах, связанных с народными промыслами.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</w:tbl>
    <w:p w:rsidR="006916AA" w:rsidRDefault="006916AA">
      <w:pPr>
        <w:autoSpaceDE w:val="0"/>
        <w:autoSpaceDN w:val="0"/>
        <w:spacing w:after="0" w:line="14" w:lineRule="exact"/>
      </w:pPr>
    </w:p>
    <w:p w:rsidR="006916AA" w:rsidRDefault="006916AA">
      <w:pPr>
        <w:sectPr w:rsidR="006916AA">
          <w:pgSz w:w="16840" w:h="11900"/>
          <w:pgMar w:top="228" w:right="640" w:bottom="40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6916AA" w:rsidRDefault="006916AA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10950"/>
        <w:gridCol w:w="528"/>
        <w:gridCol w:w="1106"/>
        <w:gridCol w:w="1140"/>
        <w:gridCol w:w="1382"/>
      </w:tblGrid>
      <w:tr w:rsidR="006916A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Особенности устного выступления.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48"/>
        </w:trPr>
        <w:tc>
          <w:tcPr>
            <w:tcW w:w="1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</w:t>
            </w:r>
          </w:p>
        </w:tc>
        <w:tc>
          <w:tcPr>
            <w:tcW w:w="3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6916AA"/>
        </w:tc>
      </w:tr>
      <w:tr w:rsidR="006916AA">
        <w:trPr>
          <w:trHeight w:hRule="exact" w:val="348"/>
        </w:trPr>
        <w:tc>
          <w:tcPr>
            <w:tcW w:w="1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Резервное время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3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6916AA"/>
        </w:tc>
      </w:tr>
      <w:tr w:rsidR="006916AA">
        <w:trPr>
          <w:trHeight w:hRule="exact" w:val="348"/>
        </w:trPr>
        <w:tc>
          <w:tcPr>
            <w:tcW w:w="1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6916AA"/>
        </w:tc>
      </w:tr>
    </w:tbl>
    <w:p w:rsidR="006916AA" w:rsidRDefault="008D3EB4">
      <w:pPr>
        <w:autoSpaceDE w:val="0"/>
        <w:autoSpaceDN w:val="0"/>
        <w:spacing w:before="188" w:after="94" w:line="233" w:lineRule="auto"/>
      </w:pPr>
      <w:r>
        <w:rPr>
          <w:rFonts w:ascii="Times New Roman" w:eastAsia="Times New Roman" w:hAnsi="Times New Roman"/>
          <w:b/>
          <w:color w:val="000000"/>
          <w:sz w:val="18"/>
        </w:rPr>
        <w:t>4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10950"/>
        <w:gridCol w:w="528"/>
        <w:gridCol w:w="1106"/>
        <w:gridCol w:w="1140"/>
        <w:gridCol w:w="1382"/>
      </w:tblGrid>
      <w:tr w:rsidR="006916AA">
        <w:trPr>
          <w:trHeight w:hRule="exact" w:val="350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80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10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80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1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80" w:after="0" w:line="25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Электронные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(цифровые)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 ресурсы</w:t>
            </w:r>
          </w:p>
        </w:tc>
      </w:tr>
      <w:tr w:rsidR="006916AA">
        <w:trPr>
          <w:trHeight w:hRule="exact" w:val="576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6AA" w:rsidRDefault="006916AA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6AA" w:rsidRDefault="006916AA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6AA" w:rsidRDefault="006916AA"/>
        </w:tc>
      </w:tr>
      <w:tr w:rsidR="006916AA" w:rsidRPr="002A1132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1. Русский язык: прошлое и настоящее</w:t>
            </w:r>
          </w:p>
        </w:tc>
      </w:tr>
      <w:tr w:rsidR="006916AA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Что и как могут рассказать слова об обучении. Лексические единицы с национально-культурной семантикой, связанные с обучением. Пословицы, поговорки и фразеологизмы, возникновение которых связано с учением, например, </w:t>
            </w:r>
            <w:r w:rsidRPr="008D3EB4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>от корки до корки</w:t>
            </w: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 т д.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73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Что и как могут рассказать  слова о родственных отношениях в семье. Лексические единицы с национально-культурной семантикой, называющие родственные отношения, например, </w:t>
            </w:r>
            <w:r w:rsidRPr="008D3EB4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 xml:space="preserve">матушка, батюшка, братец, сестрица, мачеха, падчерица. </w:t>
            </w: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Пословицы, поговорки и фразеологизмы, возникновение которых связано с родственными отношениями, например, </w:t>
            </w:r>
            <w:r w:rsidRPr="008D3EB4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 xml:space="preserve">вся семья вместе, так и душа наместе </w:t>
            </w: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 т. д.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73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Русские традиционные эпитеты: уточнение значений, наблюдение за использованием в произведениях фольклора и художественной литературы. Лексические единицы с национально-культурной семантикой, связанные с качествами и чувствами людей, например, добросердечный, доброжелательный, благодарный, бескорыстный и т.д.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54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Пословицы, поговорки и фразеологизмы, возникновение которых связано с качествами, чувствами людей. Сравнение с пословицами и поговорками других народов. Сравнение фразеологизмов, имеющих в разных языках общий смысл, но различную образную форму.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Лексика, заимствованная русским языком из языков народов России и мира. Русские слова в языках других народов. Сравнение толкований слов в словаре В.И. Даля и современном толковом словаре.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48"/>
        </w:trPr>
        <w:tc>
          <w:tcPr>
            <w:tcW w:w="1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12</w:t>
            </w:r>
          </w:p>
        </w:tc>
        <w:tc>
          <w:tcPr>
            <w:tcW w:w="3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6916AA"/>
        </w:tc>
      </w:tr>
      <w:tr w:rsidR="006916AA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2. Язык в действии</w:t>
            </w:r>
          </w:p>
        </w:tc>
      </w:tr>
      <w:tr w:rsidR="006916A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Трудные случаи образования формы 1-го лица единственного числа настоящего и будущего времени глаголов (на пропедевтическом уровне).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Наблюдение за синонимией синтаксических конструкций на уровне словосочетаний и предложений (на пропедевтическом уровне).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История возникновения и функции знаков препинания (в рамках изученного).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Совершенствование навыков правильного пунктуационного оформления текста.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492"/>
        </w:trPr>
        <w:tc>
          <w:tcPr>
            <w:tcW w:w="1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3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6916AA"/>
        </w:tc>
      </w:tr>
      <w:tr w:rsidR="006916AA" w:rsidRPr="002A1132">
        <w:trPr>
          <w:trHeight w:hRule="exact" w:val="350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3. Секреты речи и текста</w:t>
            </w:r>
          </w:p>
        </w:tc>
      </w:tr>
      <w:tr w:rsidR="006916A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Правила ведения диалога: корректные и некорректные вопросы.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Особенности озаглавливания текста.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45" w:lineRule="auto"/>
              <w:ind w:left="72" w:right="576"/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Соотношение частей прочитанного или прослушанного текста: установление причинно-следственных отношений этих частей, логических связей между абзацами текста.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Составление плана текста, не разделенного на абзацы.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52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45" w:lineRule="auto"/>
              <w:ind w:left="72" w:right="1008"/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Информационная переработка прослушанного или прочитанного текста: пересказ с изменением лица (на практическом уровне).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Приёмы работы с примечаниями к тексту.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</w:tbl>
    <w:p w:rsidR="006916AA" w:rsidRDefault="006916AA">
      <w:pPr>
        <w:autoSpaceDE w:val="0"/>
        <w:autoSpaceDN w:val="0"/>
        <w:spacing w:after="0" w:line="14" w:lineRule="exact"/>
      </w:pPr>
    </w:p>
    <w:p w:rsidR="006916AA" w:rsidRDefault="006916AA">
      <w:pPr>
        <w:sectPr w:rsidR="006916AA">
          <w:pgSz w:w="16840" w:h="11900"/>
          <w:pgMar w:top="284" w:right="640" w:bottom="358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6916AA" w:rsidRDefault="006916AA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10950"/>
        <w:gridCol w:w="528"/>
        <w:gridCol w:w="1106"/>
        <w:gridCol w:w="1140"/>
        <w:gridCol w:w="1382"/>
      </w:tblGrid>
      <w:tr w:rsidR="006916AA">
        <w:trPr>
          <w:trHeight w:hRule="exact" w:val="73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47" w:lineRule="auto"/>
              <w:ind w:left="72" w:right="864"/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Оценивание устных и письменных речевых высказываний с точки зрения точного, уместного и выразительного словоупотребления. Редактирование предложенных и собственных текстов с целью совершенствования их содержания и формы; сопоставление чернового и отредактированного текстов.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Практический опыт использования учебных словарей в процессе редактирования текста.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10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Синонимия речевых формул (на практическом уровне). Создание текста как результата собственной исследовательской деятельности.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инфоурок</w:t>
            </w:r>
          </w:p>
        </w:tc>
      </w:tr>
      <w:tr w:rsidR="006916AA">
        <w:trPr>
          <w:trHeight w:hRule="exact" w:val="348"/>
        </w:trPr>
        <w:tc>
          <w:tcPr>
            <w:tcW w:w="1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12</w:t>
            </w:r>
          </w:p>
        </w:tc>
        <w:tc>
          <w:tcPr>
            <w:tcW w:w="3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6916AA"/>
        </w:tc>
      </w:tr>
      <w:tr w:rsidR="006916AA">
        <w:trPr>
          <w:trHeight w:hRule="exact" w:val="350"/>
        </w:trPr>
        <w:tc>
          <w:tcPr>
            <w:tcW w:w="1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Резервное время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3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6916AA"/>
        </w:tc>
      </w:tr>
      <w:tr w:rsidR="006916AA">
        <w:trPr>
          <w:trHeight w:hRule="exact" w:val="328"/>
        </w:trPr>
        <w:tc>
          <w:tcPr>
            <w:tcW w:w="11346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Pr="008D3EB4" w:rsidRDefault="008D3EB4">
            <w:pPr>
              <w:autoSpaceDE w:val="0"/>
              <w:autoSpaceDN w:val="0"/>
              <w:spacing w:before="74" w:after="0" w:line="230" w:lineRule="auto"/>
              <w:ind w:left="72"/>
              <w:rPr>
                <w:lang w:val="ru-RU"/>
              </w:rPr>
            </w:pPr>
            <w:r w:rsidRPr="008D3EB4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522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916AA" w:rsidRDefault="008D3EB4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</w:tr>
    </w:tbl>
    <w:p w:rsidR="006916AA" w:rsidRDefault="006916AA">
      <w:pPr>
        <w:autoSpaceDE w:val="0"/>
        <w:autoSpaceDN w:val="0"/>
        <w:spacing w:after="0" w:line="14" w:lineRule="exact"/>
      </w:pPr>
    </w:p>
    <w:p w:rsidR="006916AA" w:rsidRDefault="006916AA">
      <w:pPr>
        <w:sectPr w:rsidR="006916AA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6916AA" w:rsidRDefault="006916AA">
      <w:pPr>
        <w:autoSpaceDE w:val="0"/>
        <w:autoSpaceDN w:val="0"/>
        <w:spacing w:after="78" w:line="220" w:lineRule="exact"/>
      </w:pPr>
    </w:p>
    <w:p w:rsidR="006916AA" w:rsidRDefault="008D3EB4">
      <w:pPr>
        <w:autoSpaceDE w:val="0"/>
        <w:autoSpaceDN w:val="0"/>
        <w:spacing w:after="140" w:line="382" w:lineRule="auto"/>
        <w:ind w:right="6768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ПОУРОЧНОЕ ПЛАНИРОВАНИЕ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>1 КЛАСС</w:t>
      </w:r>
    </w:p>
    <w:tbl>
      <w:tblPr>
        <w:tblStyle w:val="TableNormal"/>
        <w:tblW w:w="10549" w:type="dxa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732"/>
        <w:gridCol w:w="1080"/>
        <w:gridCol w:w="1276"/>
        <w:gridCol w:w="1176"/>
        <w:gridCol w:w="12"/>
        <w:gridCol w:w="60"/>
        <w:gridCol w:w="848"/>
        <w:gridCol w:w="1620"/>
      </w:tblGrid>
      <w:tr w:rsidR="008D3EB4" w:rsidTr="00916E5B">
        <w:trPr>
          <w:trHeight w:val="477"/>
        </w:trPr>
        <w:tc>
          <w:tcPr>
            <w:tcW w:w="504" w:type="dxa"/>
            <w:vMerge w:val="restart"/>
          </w:tcPr>
          <w:p w:rsidR="008D3EB4" w:rsidRDefault="008D3EB4" w:rsidP="008D3EB4">
            <w:pPr>
              <w:pStyle w:val="TableParagraph"/>
              <w:spacing w:line="292" w:lineRule="auto"/>
              <w:ind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241" w:type="dxa"/>
            <w:vMerge w:val="restart"/>
          </w:tcPr>
          <w:p w:rsidR="008D3EB4" w:rsidRDefault="008D3EB4" w:rsidP="008D3EB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3088" w:type="dxa"/>
            <w:gridSpan w:val="3"/>
          </w:tcPr>
          <w:p w:rsidR="008D3EB4" w:rsidRDefault="008D3EB4" w:rsidP="008D3EB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096" w:type="dxa"/>
            <w:gridSpan w:val="4"/>
            <w:vMerge w:val="restart"/>
          </w:tcPr>
          <w:p w:rsidR="008D3EB4" w:rsidRDefault="008D3EB4" w:rsidP="008D3EB4">
            <w:pPr>
              <w:pStyle w:val="TableParagraph"/>
              <w:spacing w:line="292" w:lineRule="auto"/>
              <w:ind w:left="77" w:right="57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1620" w:type="dxa"/>
            <w:vMerge w:val="restart"/>
          </w:tcPr>
          <w:p w:rsidR="008D3EB4" w:rsidRDefault="008D3EB4" w:rsidP="008D3EB4">
            <w:pPr>
              <w:pStyle w:val="TableParagraph"/>
              <w:spacing w:line="292" w:lineRule="auto"/>
              <w:ind w:left="78" w:right="474"/>
              <w:rPr>
                <w:b/>
                <w:sz w:val="24"/>
              </w:rPr>
            </w:pPr>
            <w:r>
              <w:rPr>
                <w:b/>
                <w:sz w:val="24"/>
              </w:rPr>
              <w:t>Виды,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8D3EB4" w:rsidTr="00916E5B">
        <w:trPr>
          <w:trHeight w:val="372"/>
        </w:trPr>
        <w:tc>
          <w:tcPr>
            <w:tcW w:w="504" w:type="dxa"/>
            <w:vMerge/>
          </w:tcPr>
          <w:p w:rsidR="008D3EB4" w:rsidRDefault="008D3EB4" w:rsidP="008D3EB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vMerge/>
          </w:tcPr>
          <w:p w:rsidR="008D3EB4" w:rsidRDefault="008D3EB4" w:rsidP="008D3EB4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  <w:vMerge w:val="restart"/>
          </w:tcPr>
          <w:p w:rsidR="008D3EB4" w:rsidRDefault="008D3EB4" w:rsidP="008D3EB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080" w:type="dxa"/>
            <w:vMerge w:val="restart"/>
          </w:tcPr>
          <w:p w:rsidR="008D3EB4" w:rsidRDefault="008D3EB4" w:rsidP="008D3EB4">
            <w:pPr>
              <w:pStyle w:val="TableParagraph"/>
              <w:spacing w:line="292" w:lineRule="auto"/>
              <w:ind w:right="5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276" w:type="dxa"/>
            <w:vMerge w:val="restart"/>
          </w:tcPr>
          <w:p w:rsidR="008D3EB4" w:rsidRDefault="008D3EB4" w:rsidP="008D3EB4">
            <w:pPr>
              <w:pStyle w:val="TableParagraph"/>
              <w:spacing w:line="292" w:lineRule="auto"/>
              <w:ind w:left="77" w:right="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096" w:type="dxa"/>
            <w:gridSpan w:val="4"/>
            <w:vMerge/>
            <w:tcBorders>
              <w:top w:val="nil"/>
              <w:bottom w:val="single" w:sz="4" w:space="0" w:color="auto"/>
            </w:tcBorders>
          </w:tcPr>
          <w:p w:rsidR="008D3EB4" w:rsidRDefault="008D3EB4" w:rsidP="008D3EB4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vMerge/>
          </w:tcPr>
          <w:p w:rsidR="008D3EB4" w:rsidRDefault="008D3EB4" w:rsidP="008D3EB4">
            <w:pPr>
              <w:rPr>
                <w:sz w:val="2"/>
                <w:szCs w:val="2"/>
              </w:rPr>
            </w:pPr>
          </w:p>
        </w:tc>
      </w:tr>
      <w:tr w:rsidR="008D3EB4" w:rsidTr="00916E5B">
        <w:trPr>
          <w:trHeight w:val="720"/>
        </w:trPr>
        <w:tc>
          <w:tcPr>
            <w:tcW w:w="504" w:type="dxa"/>
            <w:vMerge/>
          </w:tcPr>
          <w:p w:rsidR="008D3EB4" w:rsidRDefault="008D3EB4" w:rsidP="008D3EB4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vMerge/>
          </w:tcPr>
          <w:p w:rsidR="008D3EB4" w:rsidRDefault="008D3EB4" w:rsidP="008D3EB4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  <w:vMerge/>
          </w:tcPr>
          <w:p w:rsidR="008D3EB4" w:rsidRDefault="008D3EB4" w:rsidP="008D3EB4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080" w:type="dxa"/>
            <w:vMerge/>
          </w:tcPr>
          <w:p w:rsidR="008D3EB4" w:rsidRDefault="008D3EB4" w:rsidP="008D3EB4">
            <w:pPr>
              <w:pStyle w:val="TableParagraph"/>
              <w:spacing w:line="292" w:lineRule="auto"/>
              <w:ind w:right="58"/>
              <w:rPr>
                <w:b/>
                <w:spacing w:val="-1"/>
                <w:sz w:val="24"/>
              </w:rPr>
            </w:pPr>
          </w:p>
        </w:tc>
        <w:tc>
          <w:tcPr>
            <w:tcW w:w="1276" w:type="dxa"/>
            <w:vMerge/>
          </w:tcPr>
          <w:p w:rsidR="008D3EB4" w:rsidRDefault="008D3EB4" w:rsidP="008D3EB4">
            <w:pPr>
              <w:pStyle w:val="TableParagraph"/>
              <w:spacing w:line="292" w:lineRule="auto"/>
              <w:ind w:left="77" w:right="50"/>
              <w:rPr>
                <w:b/>
                <w:spacing w:val="-1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right w:val="single" w:sz="4" w:space="0" w:color="auto"/>
            </w:tcBorders>
          </w:tcPr>
          <w:p w:rsidR="008D3EB4" w:rsidRDefault="008D3EB4" w:rsidP="008D3EB4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П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8D3EB4" w:rsidRDefault="008D3EB4" w:rsidP="008D3EB4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vMerge/>
          </w:tcPr>
          <w:p w:rsidR="008D3EB4" w:rsidRDefault="008D3EB4" w:rsidP="008D3EB4">
            <w:pPr>
              <w:rPr>
                <w:sz w:val="2"/>
                <w:szCs w:val="2"/>
              </w:rPr>
            </w:pP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spacing w:line="292" w:lineRule="auto"/>
              <w:ind w:right="355"/>
              <w:rPr>
                <w:sz w:val="24"/>
              </w:rPr>
            </w:pPr>
            <w:r>
              <w:rPr>
                <w:sz w:val="24"/>
              </w:rPr>
              <w:t>Как люди общаются друг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другом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05.09.2022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pPr>
              <w:pStyle w:val="TableParagraph"/>
              <w:spacing w:line="292" w:lineRule="auto"/>
              <w:ind w:left="78" w:right="70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spacing w:line="292" w:lineRule="auto"/>
              <w:ind w:right="355"/>
              <w:rPr>
                <w:sz w:val="24"/>
              </w:rPr>
            </w:pPr>
            <w:r w:rsidRPr="00372AF5">
              <w:rPr>
                <w:sz w:val="24"/>
              </w:rPr>
              <w:t>Культура общения.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07.09.2022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pPr>
              <w:pStyle w:val="TableParagraph"/>
              <w:spacing w:line="292" w:lineRule="auto"/>
              <w:ind w:left="78" w:right="70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41" w:type="dxa"/>
          </w:tcPr>
          <w:p w:rsidR="008D3EB4" w:rsidRPr="007A7B9B" w:rsidRDefault="008D3EB4" w:rsidP="008D3EB4">
            <w:pPr>
              <w:pStyle w:val="TableParagraph"/>
              <w:spacing w:line="292" w:lineRule="auto"/>
              <w:ind w:right="355"/>
              <w:rPr>
                <w:sz w:val="24"/>
              </w:rPr>
            </w:pPr>
            <w:r w:rsidRPr="007A7B9B">
              <w:rPr>
                <w:sz w:val="24"/>
              </w:rPr>
              <w:t>С чего начинается общение?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12.09.2022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pPr>
              <w:pStyle w:val="TableParagraph"/>
              <w:spacing w:line="292" w:lineRule="auto"/>
              <w:ind w:left="78" w:right="707"/>
              <w:rPr>
                <w:sz w:val="24"/>
              </w:rPr>
            </w:pPr>
            <w:r w:rsidRPr="00A71C41">
              <w:rPr>
                <w:sz w:val="24"/>
              </w:rPr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4.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Вежливые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14.09.2022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pPr>
              <w:pStyle w:val="TableParagraph"/>
              <w:spacing w:line="292" w:lineRule="auto"/>
              <w:ind w:left="78" w:right="70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 w:rsidRPr="00EF7538">
              <w:rPr>
                <w:sz w:val="24"/>
              </w:rPr>
              <w:t>Для чего нужна речь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19.09.2022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594FDB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241" w:type="dxa"/>
          </w:tcPr>
          <w:p w:rsidR="008D3EB4" w:rsidRPr="00EF7538" w:rsidRDefault="008D3EB4" w:rsidP="008D3EB4">
            <w:pPr>
              <w:pStyle w:val="TableParagraph"/>
              <w:rPr>
                <w:sz w:val="24"/>
              </w:rPr>
            </w:pPr>
            <w:r w:rsidRPr="00EF7538">
              <w:rPr>
                <w:sz w:val="24"/>
              </w:rPr>
              <w:t>Выразительная речь.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21.09.022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594FDB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241" w:type="dxa"/>
          </w:tcPr>
          <w:p w:rsidR="008D3EB4" w:rsidRPr="00EF7538" w:rsidRDefault="008D3EB4" w:rsidP="008D3EB4">
            <w:pPr>
              <w:pStyle w:val="TableParagraph"/>
              <w:rPr>
                <w:sz w:val="24"/>
              </w:rPr>
            </w:pPr>
            <w:r w:rsidRPr="00EF7538">
              <w:rPr>
                <w:sz w:val="24"/>
              </w:rPr>
              <w:t>Общение.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26.09.2022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594FDB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241" w:type="dxa"/>
          </w:tcPr>
          <w:p w:rsidR="008D3EB4" w:rsidRPr="00EF7538" w:rsidRDefault="008D3EB4" w:rsidP="008D3EB4">
            <w:pPr>
              <w:pStyle w:val="TableParagraph"/>
              <w:rPr>
                <w:sz w:val="24"/>
              </w:rPr>
            </w:pPr>
            <w:r w:rsidRPr="00372AF5">
              <w:rPr>
                <w:sz w:val="24"/>
              </w:rPr>
              <w:t>Слова, слова, слова...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28.09.2022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594FDB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spacing w:line="292" w:lineRule="auto"/>
              <w:ind w:right="126"/>
              <w:rPr>
                <w:sz w:val="24"/>
              </w:rPr>
            </w:pPr>
            <w:r>
              <w:rPr>
                <w:sz w:val="24"/>
              </w:rPr>
              <w:t>Как люди приветствуют друг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03.10.2022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C1101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spacing w:line="292" w:lineRule="auto"/>
              <w:ind w:right="126"/>
              <w:rPr>
                <w:sz w:val="24"/>
              </w:rPr>
            </w:pPr>
            <w:r w:rsidRPr="00EF7538">
              <w:rPr>
                <w:sz w:val="24"/>
              </w:rPr>
              <w:t>Приветствие.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05.10.2022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Pr="00CC1101" w:rsidRDefault="008D3EB4" w:rsidP="008D3EB4">
            <w:r w:rsidRPr="00A71C41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241" w:type="dxa"/>
          </w:tcPr>
          <w:p w:rsidR="008D3EB4" w:rsidRPr="00965C8C" w:rsidRDefault="008D3EB4" w:rsidP="008D3EB4">
            <w:pPr>
              <w:pStyle w:val="TableParagraph"/>
              <w:rPr>
                <w:sz w:val="24"/>
              </w:rPr>
            </w:pPr>
            <w:r w:rsidRPr="00965C8C">
              <w:rPr>
                <w:sz w:val="24"/>
              </w:rPr>
              <w:t>Зачем</w:t>
            </w:r>
            <w:r w:rsidRPr="00965C8C">
              <w:rPr>
                <w:spacing w:val="-3"/>
                <w:sz w:val="24"/>
              </w:rPr>
              <w:t xml:space="preserve"> </w:t>
            </w:r>
            <w:r w:rsidRPr="00965C8C">
              <w:rPr>
                <w:sz w:val="24"/>
              </w:rPr>
              <w:t>людям</w:t>
            </w:r>
            <w:r w:rsidRPr="00965C8C">
              <w:rPr>
                <w:spacing w:val="-3"/>
                <w:sz w:val="24"/>
              </w:rPr>
              <w:t xml:space="preserve"> </w:t>
            </w:r>
            <w:r w:rsidRPr="00965C8C">
              <w:rPr>
                <w:sz w:val="24"/>
              </w:rPr>
              <w:t>имена</w:t>
            </w:r>
          </w:p>
        </w:tc>
        <w:tc>
          <w:tcPr>
            <w:tcW w:w="732" w:type="dxa"/>
          </w:tcPr>
          <w:p w:rsidR="008D3EB4" w:rsidRPr="00965C8C" w:rsidRDefault="008D3EB4" w:rsidP="008D3EB4">
            <w:pPr>
              <w:pStyle w:val="TableParagraph"/>
              <w:rPr>
                <w:sz w:val="24"/>
              </w:rPr>
            </w:pPr>
            <w:r w:rsidRPr="00965C8C"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Pr="00965C8C" w:rsidRDefault="008D3EB4" w:rsidP="008D3EB4">
            <w:pPr>
              <w:pStyle w:val="TableParagraph"/>
              <w:rPr>
                <w:sz w:val="24"/>
              </w:rPr>
            </w:pPr>
            <w:r w:rsidRPr="00965C8C"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Pr="00965C8C" w:rsidRDefault="008D3EB4" w:rsidP="008D3EB4">
            <w:pPr>
              <w:pStyle w:val="TableParagraph"/>
              <w:ind w:left="77"/>
              <w:rPr>
                <w:sz w:val="24"/>
              </w:rPr>
            </w:pPr>
            <w:r w:rsidRPr="00965C8C"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Pr="00965C8C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 w:rsidRPr="00965C8C">
              <w:rPr>
                <w:sz w:val="24"/>
              </w:rPr>
              <w:t>10.10.2022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Pr="00965C8C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Pr="00965C8C" w:rsidRDefault="008D3EB4" w:rsidP="008D3EB4">
            <w:r w:rsidRPr="00965C8C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 w:rsidRPr="00372AF5">
              <w:rPr>
                <w:sz w:val="24"/>
              </w:rPr>
              <w:t>Зачем людям имена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12.10.2022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63B3B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 w:rsidRPr="00EF7538">
              <w:rPr>
                <w:sz w:val="24"/>
              </w:rPr>
              <w:t>Что мы пишем с большой буквы?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17.10.2022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63B3B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Спрашиваем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отвечаем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EA202B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18</w:t>
            </w:r>
            <w:r w:rsidR="008D3EB4">
              <w:rPr>
                <w:sz w:val="24"/>
              </w:rPr>
              <w:t>.10.2022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C1101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 w:rsidRPr="00EF7538">
              <w:rPr>
                <w:sz w:val="24"/>
              </w:rPr>
              <w:t>Спрашиваем и отвечаем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24.10.2022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Pr="00CC1101" w:rsidRDefault="008D3EB4" w:rsidP="008D3EB4">
            <w:r w:rsidRPr="00A71C41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Pr="00EF7538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  <w:r w:rsidRPr="00EF7538">
              <w:rPr>
                <w:sz w:val="24"/>
              </w:rPr>
              <w:t>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Спрашиваем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отвечаем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26.11.2022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C1101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Pr="00EF7538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 w:rsidRPr="00372AF5">
              <w:rPr>
                <w:sz w:val="24"/>
              </w:rPr>
              <w:t>Спрашиваем и отвечаем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07.11.2022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473287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Pr="00EF7538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18.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 w:rsidRPr="00372AF5">
              <w:rPr>
                <w:sz w:val="24"/>
              </w:rPr>
              <w:t>Спрашиваем и отвечаем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09.11.2022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473287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Pr="00EF7538" w:rsidRDefault="008D3EB4" w:rsidP="008D3EB4">
            <w:pPr>
              <w:pStyle w:val="TableParagraph"/>
              <w:rPr>
                <w:b/>
                <w:sz w:val="24"/>
              </w:rPr>
            </w:pPr>
            <w:r w:rsidRPr="004D409F">
              <w:rPr>
                <w:sz w:val="24"/>
              </w:rPr>
              <w:t>19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 w:rsidRPr="00EF7538">
              <w:rPr>
                <w:sz w:val="24"/>
              </w:rPr>
              <w:t>Говорим – слышим.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14.11.2022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473287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Pr="004D409F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  <w:r w:rsidRPr="004D409F">
              <w:rPr>
                <w:sz w:val="24"/>
              </w:rPr>
              <w:t>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16.11.2022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C1101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21.11.2022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C1101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23.11.2022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630C5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28.11.2022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630C5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 w:rsidRPr="00EF7538">
              <w:rPr>
                <w:sz w:val="24"/>
              </w:rPr>
              <w:t>Как писали в 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30.11.2022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8F59D8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241" w:type="dxa"/>
          </w:tcPr>
          <w:p w:rsidR="008D3EB4" w:rsidRDefault="008D3EB4" w:rsidP="008D3EB4">
            <w:r w:rsidRPr="002C4031">
              <w:rPr>
                <w:sz w:val="24"/>
              </w:rPr>
              <w:t>Как писали в 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05.12.2022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8F59D8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241" w:type="dxa"/>
          </w:tcPr>
          <w:p w:rsidR="008D3EB4" w:rsidRDefault="008D3EB4" w:rsidP="008D3EB4">
            <w:r w:rsidRPr="002C4031">
              <w:rPr>
                <w:sz w:val="24"/>
              </w:rPr>
              <w:t>Как писали в 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07.12.2022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8F59D8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241" w:type="dxa"/>
          </w:tcPr>
          <w:p w:rsidR="008D3EB4" w:rsidRDefault="008D3EB4" w:rsidP="008D3EB4">
            <w:r w:rsidRPr="002C4031">
              <w:rPr>
                <w:sz w:val="24"/>
              </w:rPr>
              <w:t>Как писали в 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12.12.2022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8F59D8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241" w:type="dxa"/>
          </w:tcPr>
          <w:p w:rsidR="008D3EB4" w:rsidRDefault="008D3EB4" w:rsidP="008D3EB4">
            <w:r w:rsidRPr="002C4031">
              <w:rPr>
                <w:sz w:val="24"/>
              </w:rPr>
              <w:t>Как писали в 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14.12.2022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8F59D8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241" w:type="dxa"/>
          </w:tcPr>
          <w:p w:rsidR="008D3EB4" w:rsidRDefault="008D3EB4" w:rsidP="008D3EB4">
            <w:r w:rsidRPr="002C4031">
              <w:rPr>
                <w:sz w:val="24"/>
              </w:rPr>
              <w:t>Как писали в 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19.12.2022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8F59D8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spacing w:line="292" w:lineRule="auto"/>
              <w:ind w:right="774"/>
              <w:rPr>
                <w:sz w:val="24"/>
              </w:rPr>
            </w:pPr>
            <w:r>
              <w:rPr>
                <w:sz w:val="24"/>
              </w:rPr>
              <w:t>Дом в старину: что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называлось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21.12.2022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630C5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41" w:type="dxa"/>
          </w:tcPr>
          <w:p w:rsidR="008D3EB4" w:rsidRPr="008D3EB4" w:rsidRDefault="008D3EB4" w:rsidP="008D3EB4">
            <w:pPr>
              <w:rPr>
                <w:lang w:val="ru-RU"/>
              </w:rPr>
            </w:pPr>
            <w:r w:rsidRPr="008D3EB4">
              <w:rPr>
                <w:sz w:val="24"/>
                <w:lang w:val="ru-RU"/>
              </w:rPr>
              <w:t>Дом в старину: что как</w:t>
            </w:r>
            <w:r w:rsidRPr="008D3EB4">
              <w:rPr>
                <w:spacing w:val="-57"/>
                <w:sz w:val="24"/>
                <w:lang w:val="ru-RU"/>
              </w:rPr>
              <w:t xml:space="preserve"> </w:t>
            </w:r>
            <w:r w:rsidRPr="008D3EB4">
              <w:rPr>
                <w:sz w:val="24"/>
                <w:lang w:val="ru-RU"/>
              </w:rPr>
              <w:t>называлось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26.12.2022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B0775E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41" w:type="dxa"/>
          </w:tcPr>
          <w:p w:rsidR="008D3EB4" w:rsidRPr="008D3EB4" w:rsidRDefault="008D3EB4" w:rsidP="008D3EB4">
            <w:pPr>
              <w:rPr>
                <w:lang w:val="ru-RU"/>
              </w:rPr>
            </w:pPr>
            <w:r w:rsidRPr="008D3EB4">
              <w:rPr>
                <w:sz w:val="24"/>
                <w:lang w:val="ru-RU"/>
              </w:rPr>
              <w:t>Дом в старину: что как</w:t>
            </w:r>
            <w:r w:rsidRPr="008D3EB4">
              <w:rPr>
                <w:spacing w:val="-57"/>
                <w:sz w:val="24"/>
                <w:lang w:val="ru-RU"/>
              </w:rPr>
              <w:t xml:space="preserve"> </w:t>
            </w:r>
            <w:r w:rsidRPr="008D3EB4">
              <w:rPr>
                <w:sz w:val="24"/>
                <w:lang w:val="ru-RU"/>
              </w:rPr>
              <w:t>называлось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09.01.2023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B0775E">
              <w:t>Устный опрос;</w:t>
            </w:r>
          </w:p>
        </w:tc>
      </w:tr>
      <w:tr w:rsidR="008D3EB4" w:rsidTr="00916E5B">
        <w:trPr>
          <w:trHeight w:val="591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241" w:type="dxa"/>
          </w:tcPr>
          <w:p w:rsidR="008D3EB4" w:rsidRPr="008D3EB4" w:rsidRDefault="008D3EB4" w:rsidP="008D3EB4">
            <w:pPr>
              <w:rPr>
                <w:lang w:val="ru-RU"/>
              </w:rPr>
            </w:pPr>
            <w:r w:rsidRPr="008D3EB4">
              <w:rPr>
                <w:sz w:val="24"/>
                <w:lang w:val="ru-RU"/>
              </w:rPr>
              <w:t>Дом в старину: что как</w:t>
            </w:r>
            <w:r w:rsidRPr="008D3EB4">
              <w:rPr>
                <w:spacing w:val="-57"/>
                <w:sz w:val="24"/>
                <w:lang w:val="ru-RU"/>
              </w:rPr>
              <w:t xml:space="preserve"> </w:t>
            </w:r>
            <w:r w:rsidRPr="008D3EB4">
              <w:rPr>
                <w:sz w:val="24"/>
                <w:lang w:val="ru-RU"/>
              </w:rPr>
              <w:t>называлось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11.01.2023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B0775E">
              <w:t>Устный опрос;</w:t>
            </w:r>
          </w:p>
        </w:tc>
      </w:tr>
      <w:tr w:rsidR="008D3EB4" w:rsidTr="00916E5B">
        <w:trPr>
          <w:trHeight w:val="54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241" w:type="dxa"/>
          </w:tcPr>
          <w:p w:rsidR="008D3EB4" w:rsidRPr="008D3EB4" w:rsidRDefault="008D3EB4" w:rsidP="008D3EB4">
            <w:pPr>
              <w:rPr>
                <w:lang w:val="ru-RU"/>
              </w:rPr>
            </w:pPr>
            <w:r w:rsidRPr="008D3EB4">
              <w:rPr>
                <w:sz w:val="24"/>
                <w:lang w:val="ru-RU"/>
              </w:rPr>
              <w:t>Дом в старину: что как</w:t>
            </w:r>
            <w:r w:rsidRPr="008D3EB4">
              <w:rPr>
                <w:spacing w:val="-57"/>
                <w:sz w:val="24"/>
                <w:lang w:val="ru-RU"/>
              </w:rPr>
              <w:t xml:space="preserve"> </w:t>
            </w:r>
            <w:r w:rsidRPr="008D3EB4">
              <w:rPr>
                <w:sz w:val="24"/>
                <w:lang w:val="ru-RU"/>
              </w:rPr>
              <w:t>называлось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16.01.2023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B0775E">
              <w:t>Устный опрос;</w:t>
            </w:r>
          </w:p>
        </w:tc>
      </w:tr>
      <w:tr w:rsidR="008D3EB4" w:rsidTr="00916E5B">
        <w:trPr>
          <w:trHeight w:val="53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241" w:type="dxa"/>
          </w:tcPr>
          <w:p w:rsidR="008D3EB4" w:rsidRPr="008D3EB4" w:rsidRDefault="008D3EB4" w:rsidP="008D3EB4">
            <w:pPr>
              <w:rPr>
                <w:lang w:val="ru-RU"/>
              </w:rPr>
            </w:pPr>
            <w:r w:rsidRPr="008D3EB4">
              <w:rPr>
                <w:sz w:val="24"/>
                <w:lang w:val="ru-RU"/>
              </w:rPr>
              <w:t>Дом в старину: что как</w:t>
            </w:r>
            <w:r w:rsidRPr="008D3EB4">
              <w:rPr>
                <w:spacing w:val="-57"/>
                <w:sz w:val="24"/>
                <w:lang w:val="ru-RU"/>
              </w:rPr>
              <w:t xml:space="preserve"> </w:t>
            </w:r>
            <w:r w:rsidRPr="008D3EB4">
              <w:rPr>
                <w:sz w:val="24"/>
                <w:lang w:val="ru-RU"/>
              </w:rPr>
              <w:t>называлось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18.01.2023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B0775E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241" w:type="dxa"/>
          </w:tcPr>
          <w:p w:rsidR="008D3EB4" w:rsidRPr="008D3EB4" w:rsidRDefault="008D3EB4" w:rsidP="008D3EB4">
            <w:pPr>
              <w:rPr>
                <w:lang w:val="ru-RU"/>
              </w:rPr>
            </w:pPr>
            <w:r w:rsidRPr="008D3EB4">
              <w:rPr>
                <w:sz w:val="24"/>
                <w:lang w:val="ru-RU"/>
              </w:rPr>
              <w:t>Дом в старину: что как</w:t>
            </w:r>
            <w:r w:rsidRPr="008D3EB4">
              <w:rPr>
                <w:spacing w:val="-57"/>
                <w:sz w:val="24"/>
                <w:lang w:val="ru-RU"/>
              </w:rPr>
              <w:t xml:space="preserve"> </w:t>
            </w:r>
            <w:r w:rsidRPr="008D3EB4">
              <w:rPr>
                <w:sz w:val="24"/>
                <w:lang w:val="ru-RU"/>
              </w:rPr>
              <w:t>называлось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23.01.2023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Pr="00C630C5" w:rsidRDefault="008D3EB4" w:rsidP="008D3EB4">
            <w:r>
              <w:t>Практическая работа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spacing w:line="292" w:lineRule="auto"/>
              <w:ind w:right="774"/>
              <w:rPr>
                <w:sz w:val="24"/>
              </w:rPr>
            </w:pPr>
            <w:r>
              <w:rPr>
                <w:sz w:val="24"/>
              </w:rPr>
              <w:t>Дом в старину: что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называлось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25.01.2023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630C5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spacing w:line="292" w:lineRule="auto"/>
              <w:ind w:right="774"/>
              <w:rPr>
                <w:sz w:val="24"/>
              </w:rPr>
            </w:pPr>
            <w:r>
              <w:rPr>
                <w:sz w:val="24"/>
              </w:rPr>
              <w:t>Дом в старину: что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называлось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30.01.2023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630C5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spacing w:line="292" w:lineRule="auto"/>
              <w:ind w:right="774"/>
              <w:rPr>
                <w:sz w:val="24"/>
              </w:rPr>
            </w:pPr>
            <w:r>
              <w:rPr>
                <w:sz w:val="24"/>
              </w:rPr>
              <w:t>Дом в старину: что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называлось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01.02.2023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630C5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одевались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06.02.2023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630C5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одевались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08.02.2023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630C5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одевались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13.02.2023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630C5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43.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одевались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15.02.2023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630C5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241" w:type="dxa"/>
          </w:tcPr>
          <w:p w:rsidR="008D3EB4" w:rsidRPr="008D3EB4" w:rsidRDefault="008D3EB4" w:rsidP="008D3EB4">
            <w:pPr>
              <w:rPr>
                <w:lang w:val="ru-RU"/>
              </w:rPr>
            </w:pPr>
            <w:r w:rsidRPr="008D3EB4">
              <w:rPr>
                <w:sz w:val="24"/>
                <w:lang w:val="ru-RU"/>
              </w:rPr>
              <w:t>Во</w:t>
            </w:r>
            <w:r w:rsidRPr="008D3EB4">
              <w:rPr>
                <w:spacing w:val="-3"/>
                <w:sz w:val="24"/>
                <w:lang w:val="ru-RU"/>
              </w:rPr>
              <w:t xml:space="preserve"> </w:t>
            </w:r>
            <w:r w:rsidRPr="008D3EB4">
              <w:rPr>
                <w:sz w:val="24"/>
                <w:lang w:val="ru-RU"/>
              </w:rPr>
              <w:t>что</w:t>
            </w:r>
            <w:r w:rsidRPr="008D3EB4">
              <w:rPr>
                <w:spacing w:val="-2"/>
                <w:sz w:val="24"/>
                <w:lang w:val="ru-RU"/>
              </w:rPr>
              <w:t xml:space="preserve"> </w:t>
            </w:r>
            <w:r w:rsidRPr="008D3EB4">
              <w:rPr>
                <w:sz w:val="24"/>
                <w:lang w:val="ru-RU"/>
              </w:rPr>
              <w:t>одевались</w:t>
            </w:r>
            <w:r w:rsidRPr="008D3EB4">
              <w:rPr>
                <w:spacing w:val="-3"/>
                <w:sz w:val="24"/>
                <w:lang w:val="ru-RU"/>
              </w:rPr>
              <w:t xml:space="preserve"> </w:t>
            </w:r>
            <w:r w:rsidRPr="008D3EB4">
              <w:rPr>
                <w:sz w:val="24"/>
                <w:lang w:val="ru-RU"/>
              </w:rPr>
              <w:t>в</w:t>
            </w:r>
            <w:r w:rsidRPr="008D3EB4">
              <w:rPr>
                <w:spacing w:val="-3"/>
                <w:sz w:val="24"/>
                <w:lang w:val="ru-RU"/>
              </w:rPr>
              <w:t xml:space="preserve"> </w:t>
            </w:r>
            <w:r w:rsidRPr="008D3EB4">
              <w:rPr>
                <w:sz w:val="24"/>
                <w:lang w:val="ru-RU"/>
              </w:rPr>
              <w:t>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27.02.2023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Pr="00C630C5" w:rsidRDefault="008D3EB4" w:rsidP="008D3EB4">
            <w:r w:rsidRPr="00A71C41">
              <w:t>Практическая работа;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241" w:type="dxa"/>
          </w:tcPr>
          <w:p w:rsidR="008D3EB4" w:rsidRPr="008D3EB4" w:rsidRDefault="008D3EB4" w:rsidP="008D3EB4">
            <w:pPr>
              <w:rPr>
                <w:lang w:val="ru-RU"/>
              </w:rPr>
            </w:pPr>
            <w:r w:rsidRPr="008D3EB4">
              <w:rPr>
                <w:sz w:val="24"/>
                <w:lang w:val="ru-RU"/>
              </w:rPr>
              <w:t>Во</w:t>
            </w:r>
            <w:r w:rsidRPr="008D3EB4">
              <w:rPr>
                <w:spacing w:val="-3"/>
                <w:sz w:val="24"/>
                <w:lang w:val="ru-RU"/>
              </w:rPr>
              <w:t xml:space="preserve"> </w:t>
            </w:r>
            <w:r w:rsidRPr="008D3EB4">
              <w:rPr>
                <w:sz w:val="24"/>
                <w:lang w:val="ru-RU"/>
              </w:rPr>
              <w:t>что</w:t>
            </w:r>
            <w:r w:rsidRPr="008D3EB4">
              <w:rPr>
                <w:spacing w:val="-2"/>
                <w:sz w:val="24"/>
                <w:lang w:val="ru-RU"/>
              </w:rPr>
              <w:t xml:space="preserve"> </w:t>
            </w:r>
            <w:r w:rsidRPr="008D3EB4">
              <w:rPr>
                <w:sz w:val="24"/>
                <w:lang w:val="ru-RU"/>
              </w:rPr>
              <w:t>одевались</w:t>
            </w:r>
            <w:r w:rsidRPr="008D3EB4">
              <w:rPr>
                <w:spacing w:val="-3"/>
                <w:sz w:val="24"/>
                <w:lang w:val="ru-RU"/>
              </w:rPr>
              <w:t xml:space="preserve"> </w:t>
            </w:r>
            <w:r w:rsidRPr="008D3EB4">
              <w:rPr>
                <w:sz w:val="24"/>
                <w:lang w:val="ru-RU"/>
              </w:rPr>
              <w:t>в</w:t>
            </w:r>
            <w:r w:rsidRPr="008D3EB4">
              <w:rPr>
                <w:spacing w:val="-3"/>
                <w:sz w:val="24"/>
                <w:lang w:val="ru-RU"/>
              </w:rPr>
              <w:t xml:space="preserve"> </w:t>
            </w:r>
            <w:r w:rsidRPr="008D3EB4">
              <w:rPr>
                <w:sz w:val="24"/>
                <w:lang w:val="ru-RU"/>
              </w:rPr>
              <w:t>старину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01.03.2023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Pr="00C630C5" w:rsidRDefault="008D3EB4" w:rsidP="008D3EB4">
            <w:r w:rsidRPr="00A71C41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spacing w:line="292" w:lineRule="auto"/>
              <w:ind w:right="353"/>
              <w:rPr>
                <w:sz w:val="24"/>
              </w:rPr>
            </w:pPr>
            <w:r>
              <w:rPr>
                <w:sz w:val="24"/>
              </w:rPr>
              <w:t>Выделяем голосом важные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06.03.2023</w:t>
            </w: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C630C5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spacing w:line="292" w:lineRule="auto"/>
              <w:ind w:right="353"/>
              <w:rPr>
                <w:sz w:val="24"/>
              </w:rPr>
            </w:pPr>
            <w:r>
              <w:rPr>
                <w:sz w:val="24"/>
              </w:rPr>
              <w:t>Выделяем голосом важные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08.03.2023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 w:rsidRPr="008633A6">
              <w:rPr>
                <w:sz w:val="24"/>
              </w:rPr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spacing w:line="292" w:lineRule="auto"/>
              <w:ind w:right="353"/>
              <w:rPr>
                <w:sz w:val="24"/>
              </w:rPr>
            </w:pPr>
            <w:r>
              <w:rPr>
                <w:sz w:val="24"/>
              </w:rPr>
              <w:t>Выделяем голосом важные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13.03.2023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pPr>
              <w:pStyle w:val="TableParagraph"/>
              <w:spacing w:line="292" w:lineRule="auto"/>
              <w:ind w:left="78" w:right="10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15.03.2023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D45E0A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20.03.2023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D45E0A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22.03.2023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D45E0A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52.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 w:rsidRPr="00827EB5">
              <w:rPr>
                <w:sz w:val="24"/>
              </w:rPr>
              <w:t>Где поставить ударение.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03.04.2023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D45E0A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 w:rsidRPr="00827EB5">
              <w:rPr>
                <w:sz w:val="24"/>
              </w:rPr>
              <w:t>Где поставить ударение.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05.04.2023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pPr>
              <w:pStyle w:val="TableParagraph"/>
              <w:spacing w:line="292" w:lineRule="auto"/>
              <w:ind w:left="78" w:right="10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241" w:type="dxa"/>
          </w:tcPr>
          <w:p w:rsidR="008D3EB4" w:rsidRDefault="008D3EB4" w:rsidP="008D3EB4">
            <w:r w:rsidRPr="00293DFB">
              <w:rPr>
                <w:sz w:val="24"/>
              </w:rPr>
              <w:t>Где поставить ударение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10.04.2023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22276B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241" w:type="dxa"/>
          </w:tcPr>
          <w:p w:rsidR="008D3EB4" w:rsidRDefault="008D3EB4" w:rsidP="008D3EB4">
            <w:r w:rsidRPr="00293DFB">
              <w:rPr>
                <w:sz w:val="24"/>
              </w:rPr>
              <w:t>Где поставить ударение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12.04.2023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22276B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241" w:type="dxa"/>
          </w:tcPr>
          <w:p w:rsidR="008D3EB4" w:rsidRDefault="008D3EB4" w:rsidP="008D3EB4">
            <w:r w:rsidRPr="00293DFB">
              <w:rPr>
                <w:sz w:val="24"/>
              </w:rPr>
              <w:t>Где поставить ударение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17.04.2023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22276B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241" w:type="dxa"/>
          </w:tcPr>
          <w:p w:rsidR="008D3EB4" w:rsidRDefault="008D3EB4" w:rsidP="008D3EB4">
            <w:r w:rsidRPr="00293DFB">
              <w:rPr>
                <w:sz w:val="24"/>
              </w:rPr>
              <w:t>Где поставить ударение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19.04.2023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22276B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58.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сочетаются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24.04.2023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 w:rsidRPr="008633A6">
              <w:rPr>
                <w:sz w:val="24"/>
              </w:rPr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сочетаются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26.04.2023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pPr>
              <w:pStyle w:val="TableParagraph"/>
              <w:spacing w:line="292" w:lineRule="auto"/>
              <w:ind w:left="78" w:right="10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60.</w:t>
            </w:r>
          </w:p>
        </w:tc>
        <w:tc>
          <w:tcPr>
            <w:tcW w:w="3241" w:type="dxa"/>
          </w:tcPr>
          <w:p w:rsidR="008D3EB4" w:rsidRDefault="008D3EB4" w:rsidP="008D3EB4">
            <w:r w:rsidRPr="009B140A">
              <w:rPr>
                <w:sz w:val="24"/>
              </w:rPr>
              <w:t>Как</w:t>
            </w:r>
            <w:r w:rsidRPr="009B140A">
              <w:rPr>
                <w:spacing w:val="-5"/>
                <w:sz w:val="24"/>
              </w:rPr>
              <w:t xml:space="preserve"> </w:t>
            </w:r>
            <w:r w:rsidRPr="009B140A">
              <w:rPr>
                <w:sz w:val="24"/>
              </w:rPr>
              <w:t>сочетаются</w:t>
            </w:r>
            <w:r w:rsidRPr="009B140A">
              <w:rPr>
                <w:spacing w:val="-5"/>
                <w:sz w:val="24"/>
              </w:rPr>
              <w:t xml:space="preserve"> </w:t>
            </w:r>
            <w:r w:rsidRPr="009B140A">
              <w:rPr>
                <w:sz w:val="24"/>
              </w:rPr>
              <w:t>слова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03.05.2023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591365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3241" w:type="dxa"/>
          </w:tcPr>
          <w:p w:rsidR="008D3EB4" w:rsidRDefault="008D3EB4" w:rsidP="008D3EB4">
            <w:r w:rsidRPr="009B140A">
              <w:rPr>
                <w:sz w:val="24"/>
              </w:rPr>
              <w:t>Как</w:t>
            </w:r>
            <w:r w:rsidRPr="009B140A">
              <w:rPr>
                <w:spacing w:val="-5"/>
                <w:sz w:val="24"/>
              </w:rPr>
              <w:t xml:space="preserve"> </w:t>
            </w:r>
            <w:r w:rsidRPr="009B140A">
              <w:rPr>
                <w:sz w:val="24"/>
              </w:rPr>
              <w:t>сочетаются</w:t>
            </w:r>
            <w:r w:rsidRPr="009B140A">
              <w:rPr>
                <w:spacing w:val="-5"/>
                <w:sz w:val="24"/>
              </w:rPr>
              <w:t xml:space="preserve"> </w:t>
            </w:r>
            <w:r w:rsidRPr="009B140A">
              <w:rPr>
                <w:sz w:val="24"/>
              </w:rPr>
              <w:t>слова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08.05.2023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591365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62.</w:t>
            </w:r>
          </w:p>
        </w:tc>
        <w:tc>
          <w:tcPr>
            <w:tcW w:w="3241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Сравниваем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10.05.2023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AA4F0D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241" w:type="dxa"/>
          </w:tcPr>
          <w:p w:rsidR="008D3EB4" w:rsidRPr="008D3EB4" w:rsidRDefault="008D3EB4" w:rsidP="008D3EB4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8D3EB4">
              <w:rPr>
                <w:sz w:val="24"/>
                <w:szCs w:val="24"/>
                <w:lang w:val="ru-RU"/>
              </w:rPr>
              <w:t>План текста. Как составить план текста?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15.05.2023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Pr="00AA4F0D" w:rsidRDefault="008D3EB4" w:rsidP="008D3EB4">
            <w:r w:rsidRPr="00A71C41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241" w:type="dxa"/>
          </w:tcPr>
          <w:p w:rsidR="008D3EB4" w:rsidRPr="008D3EB4" w:rsidRDefault="008D3EB4" w:rsidP="008D3EB4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8D3EB4">
              <w:rPr>
                <w:sz w:val="24"/>
                <w:szCs w:val="24"/>
                <w:lang w:val="ru-RU"/>
              </w:rPr>
              <w:t>Части текста. Деление текста на части.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17.05.2023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Pr="00AA4F0D" w:rsidRDefault="008D3EB4" w:rsidP="008D3EB4">
            <w:r w:rsidRPr="00A71C41">
              <w:t>Практическая работа;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241" w:type="dxa"/>
          </w:tcPr>
          <w:p w:rsidR="008D3EB4" w:rsidRPr="002F6386" w:rsidRDefault="008D3EB4" w:rsidP="008D3EB4">
            <w:pPr>
              <w:rPr>
                <w:rFonts w:eastAsia="Calibri"/>
                <w:sz w:val="24"/>
                <w:szCs w:val="24"/>
              </w:rPr>
            </w:pPr>
            <w:r w:rsidRPr="002F6386">
              <w:rPr>
                <w:sz w:val="24"/>
                <w:szCs w:val="24"/>
              </w:rPr>
              <w:t>Как построен текст?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22.05.2023</w:t>
            </w:r>
          </w:p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Pr="00AA4F0D" w:rsidRDefault="008D3EB4" w:rsidP="008D3EB4">
            <w:r w:rsidRPr="00A71C41">
              <w:t>Устный опрос;</w:t>
            </w:r>
          </w:p>
        </w:tc>
      </w:tr>
      <w:tr w:rsidR="008D3EB4" w:rsidTr="00916E5B">
        <w:trPr>
          <w:trHeight w:val="477"/>
        </w:trPr>
        <w:tc>
          <w:tcPr>
            <w:tcW w:w="504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66.</w:t>
            </w:r>
          </w:p>
        </w:tc>
        <w:tc>
          <w:tcPr>
            <w:tcW w:w="3241" w:type="dxa"/>
          </w:tcPr>
          <w:p w:rsidR="008D3EB4" w:rsidRDefault="008D3EB4" w:rsidP="008D3E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Начало – </w:t>
            </w:r>
            <w:r w:rsidRPr="002F6386">
              <w:rPr>
                <w:sz w:val="24"/>
                <w:szCs w:val="24"/>
              </w:rPr>
              <w:t>конец.</w:t>
            </w:r>
          </w:p>
          <w:p w:rsidR="008D3EB4" w:rsidRPr="002F6386" w:rsidRDefault="008D3EB4" w:rsidP="008D3EB4">
            <w:pPr>
              <w:rPr>
                <w:rFonts w:eastAsia="Calibri"/>
                <w:sz w:val="24"/>
                <w:szCs w:val="24"/>
              </w:rPr>
            </w:pPr>
            <w:r w:rsidRPr="002F6386">
              <w:rPr>
                <w:sz w:val="24"/>
                <w:szCs w:val="24"/>
              </w:rPr>
              <w:t xml:space="preserve"> Маленькие тексты.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48" w:type="dxa"/>
            <w:gridSpan w:val="3"/>
            <w:tcBorders>
              <w:righ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24.05.2023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0" w:type="dxa"/>
          </w:tcPr>
          <w:p w:rsidR="008D3EB4" w:rsidRDefault="008D3EB4" w:rsidP="008D3EB4">
            <w:r w:rsidRPr="00AA4F0D">
              <w:t>Устный опрос;</w:t>
            </w:r>
          </w:p>
        </w:tc>
      </w:tr>
      <w:tr w:rsidR="008D3EB4" w:rsidTr="00916E5B">
        <w:trPr>
          <w:trHeight w:val="813"/>
        </w:trPr>
        <w:tc>
          <w:tcPr>
            <w:tcW w:w="3745" w:type="dxa"/>
            <w:gridSpan w:val="2"/>
          </w:tcPr>
          <w:p w:rsidR="008D3EB4" w:rsidRDefault="008D3EB4" w:rsidP="008D3EB4">
            <w:pPr>
              <w:pStyle w:val="TableParagraph"/>
              <w:spacing w:line="292" w:lineRule="auto"/>
              <w:ind w:right="24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32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080" w:type="dxa"/>
          </w:tcPr>
          <w:p w:rsidR="008D3EB4" w:rsidRDefault="008D3EB4" w:rsidP="008D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:rsidR="008D3EB4" w:rsidRDefault="008D3EB4" w:rsidP="008D3EB4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716" w:type="dxa"/>
            <w:gridSpan w:val="5"/>
          </w:tcPr>
          <w:p w:rsidR="008D3EB4" w:rsidRDefault="008D3EB4" w:rsidP="008D3EB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8D3EB4" w:rsidRDefault="008D3EB4">
      <w:pPr>
        <w:autoSpaceDE w:val="0"/>
        <w:autoSpaceDN w:val="0"/>
        <w:spacing w:before="218" w:after="14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8D3EB4" w:rsidRDefault="008D3EB4">
      <w:pPr>
        <w:autoSpaceDE w:val="0"/>
        <w:autoSpaceDN w:val="0"/>
        <w:spacing w:before="218" w:after="14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6916AA" w:rsidRDefault="008D3EB4">
      <w:pPr>
        <w:autoSpaceDE w:val="0"/>
        <w:autoSpaceDN w:val="0"/>
        <w:spacing w:before="218" w:after="14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2 КЛАСС</w:t>
      </w:r>
    </w:p>
    <w:tbl>
      <w:tblPr>
        <w:tblW w:w="10914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748"/>
        <w:gridCol w:w="850"/>
        <w:gridCol w:w="851"/>
        <w:gridCol w:w="709"/>
        <w:gridCol w:w="1559"/>
        <w:gridCol w:w="1701"/>
        <w:gridCol w:w="992"/>
      </w:tblGrid>
      <w:tr w:rsidR="00800976" w:rsidTr="00800976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71" w:lineRule="auto"/>
              <w:ind w:left="72" w:right="432"/>
              <w:rPr>
                <w:rFonts w:ascii="Times New Roman" w:eastAsia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val="ru-RU"/>
              </w:rPr>
              <w:t xml:space="preserve">Дата </w:t>
            </w:r>
          </w:p>
        </w:tc>
      </w:tr>
      <w:tr w:rsidR="00800976" w:rsidTr="00800976">
        <w:trPr>
          <w:trHeight w:hRule="exact" w:val="1421"/>
        </w:trPr>
        <w:tc>
          <w:tcPr>
            <w:tcW w:w="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/>
        </w:tc>
        <w:tc>
          <w:tcPr>
            <w:tcW w:w="3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166572" w:rsidRDefault="00800976" w:rsidP="00800976">
            <w:pPr>
              <w:rPr>
                <w:lang w:val="ru-RU"/>
              </w:rPr>
            </w:pPr>
            <w:r>
              <w:rPr>
                <w:lang w:val="ru-RU"/>
              </w:rPr>
              <w:t>План.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166572" w:rsidRDefault="00800976" w:rsidP="00800976">
            <w:pPr>
              <w:rPr>
                <w:lang w:val="ru-RU"/>
              </w:rPr>
            </w:pPr>
            <w:r>
              <w:rPr>
                <w:lang w:val="ru-RU"/>
              </w:rPr>
              <w:t>Факт.</w:t>
            </w:r>
          </w:p>
        </w:tc>
      </w:tr>
      <w:tr w:rsidR="00800976" w:rsidTr="00800976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 одёжке встречают…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05.09.22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F1278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 одёжке встречают…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F1278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F1278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F1278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08.09.22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 одёжке встречают…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12.09.22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Ржаной хлебушко калачу дедушка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15.09.22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Ржаной хлебушко калачу дедушка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19.09.22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28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6.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Ржаной хлебушко калачу дедушка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22.09.22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Если хорошие щи, так другой пищи не ищи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26.09.22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RPr="00AF5571" w:rsidTr="0080097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lastRenderedPageBreak/>
              <w:t>8.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Если хорошие щи, так другой пищи не ищи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29.09.22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RPr="00236D57" w:rsidTr="0080097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Если хорошие щи, так другой пищи не ищи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236D57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03.10.22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Tr="00800976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Каша – кормилица наша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06.10.22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</w:tbl>
    <w:p w:rsidR="00800976" w:rsidRDefault="00800976" w:rsidP="00800976">
      <w:pPr>
        <w:autoSpaceDE w:val="0"/>
        <w:autoSpaceDN w:val="0"/>
        <w:spacing w:after="0" w:line="14" w:lineRule="exact"/>
      </w:pPr>
    </w:p>
    <w:tbl>
      <w:tblPr>
        <w:tblW w:w="10914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748"/>
        <w:gridCol w:w="850"/>
        <w:gridCol w:w="851"/>
        <w:gridCol w:w="709"/>
        <w:gridCol w:w="1559"/>
        <w:gridCol w:w="1701"/>
        <w:gridCol w:w="992"/>
      </w:tblGrid>
      <w:tr w:rsidR="00800976" w:rsidTr="00800976">
        <w:trPr>
          <w:trHeight w:hRule="exact" w:val="120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11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Каша – кормилица наша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10.10.22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27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12.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Каша – кормилица наша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13.10.22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0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13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Любишь кататься, люби и саночки возить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17.10.22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RPr="00AF5571" w:rsidTr="00800976">
        <w:trPr>
          <w:trHeight w:hRule="exact" w:val="10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14.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720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Любишь кататься, люби и саночки возить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20.10.22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RPr="00B21130" w:rsidTr="00800976">
        <w:trPr>
          <w:trHeight w:hRule="exact" w:val="10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15.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720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Любишь кататься, люби и саночки возить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B21130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24.10.22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Tr="0080097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16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Делу время, потехе час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27.10.22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17.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Делу время, потехе час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07.11.22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18.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Делу время, потехе час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10.11.22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 решете воду не удержишь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100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100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14.11.22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100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RPr="00AF5571" w:rsidTr="00800976">
        <w:trPr>
          <w:trHeight w:hRule="exact" w:val="126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100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20.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 решете воду не удержишь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100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100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17.11.22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AF5571" w:rsidRDefault="00800976" w:rsidP="00800976">
            <w:pPr>
              <w:autoSpaceDE w:val="0"/>
              <w:autoSpaceDN w:val="0"/>
              <w:spacing w:before="100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RPr="00B21130" w:rsidTr="00800976">
        <w:trPr>
          <w:trHeight w:hRule="exact" w:val="127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21.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 решете воду не удержишь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B21130" w:rsidRDefault="00800976" w:rsidP="00800976">
            <w:pPr>
              <w:autoSpaceDE w:val="0"/>
              <w:autoSpaceDN w:val="0"/>
              <w:spacing w:before="100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100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21.11.22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AF5571" w:rsidRDefault="00800976" w:rsidP="00800976">
            <w:pPr>
              <w:autoSpaceDE w:val="0"/>
              <w:autoSpaceDN w:val="0"/>
              <w:spacing w:before="100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Tr="00800976">
        <w:trPr>
          <w:trHeight w:hRule="exact" w:val="113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lastRenderedPageBreak/>
              <w:t>22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Самовар кипит, уходить не велит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24.11.22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RPr="00AF5571" w:rsidTr="00800976">
        <w:trPr>
          <w:trHeight w:hRule="exact" w:val="113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23.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Самовар кипит, уходить не велит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28.11.22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AF5571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RPr="00B21130" w:rsidTr="00800976">
        <w:trPr>
          <w:trHeight w:hRule="exact" w:val="127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24.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Самовар кипит, уходить не велит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B21130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01.12.22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AF5571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Tr="00800976">
        <w:trPr>
          <w:trHeight w:hRule="exact" w:val="209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25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Представление результатов выполнения проектных заданий: «Секреты семейной кухни», «Интересная игра», «Музеи </w:t>
            </w:r>
            <w:r w:rsidRPr="00166572">
              <w:rPr>
                <w:lang w:val="ru-RU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самоваров в России», «Почему это так называется?»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Проект;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05.12.22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RPr="00AF5571" w:rsidTr="00800976">
        <w:trPr>
          <w:trHeight w:hRule="exact" w:val="211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26.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81" w:lineRule="auto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Представление результатов выполнения проектных заданий: «Секреты семейной кухни», «Интересная игра», «Музеи </w:t>
            </w:r>
            <w:r w:rsidRPr="00166572">
              <w:rPr>
                <w:lang w:val="ru-RU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самоваров в России», «Почему это так называется?»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Проект;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08.12.22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RPr="00B21130" w:rsidTr="00800976">
        <w:trPr>
          <w:trHeight w:hRule="exact" w:val="21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27.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81" w:lineRule="auto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Представление результатов выполнения проектных заданий: «Секреты семейной кухни», «Интересная игра», «Музеи </w:t>
            </w:r>
            <w:r w:rsidRPr="00166572">
              <w:rPr>
                <w:lang w:val="ru-RU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самоваров в России», «Почему это так называется?»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B21130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Проект;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12.12.22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RPr="00B21130" w:rsidTr="00800976">
        <w:trPr>
          <w:trHeight w:hRule="exact" w:val="196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28.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81" w:lineRule="auto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Представление результатов выполнения проектных заданий: «Секреты семейной кухни», «Интересная игра», «Музеи </w:t>
            </w:r>
            <w:r w:rsidRPr="00166572">
              <w:rPr>
                <w:lang w:val="ru-RU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самоваров в России», «Почему это так называется?»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D36087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Проект;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30" w:lineRule="auto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15.12.22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Tr="00800976">
        <w:trPr>
          <w:trHeight w:hRule="exact" w:val="128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Помогает ли ударение различать слова?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19.12.22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RPr="00AF5571" w:rsidTr="00800976">
        <w:trPr>
          <w:trHeight w:hRule="exact" w:val="114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30.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Помогает ли ударение различать слова?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AF5571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22.12.22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AF5571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RPr="002D2979" w:rsidTr="00800976">
        <w:trPr>
          <w:trHeight w:hRule="exact" w:val="128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lastRenderedPageBreak/>
              <w:t>31.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Помогает ли ударение различать слова?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2D2979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26.12.22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AF5571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Tr="00800976">
        <w:trPr>
          <w:trHeight w:hRule="exact" w:val="113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32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Для чего нужны синонимы?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09.01.23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13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33.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Для чего нужны синонимы?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12.01.23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279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34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Для чего нужны синонимы? 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100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100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16.01.23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100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12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35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Для чего нужны антонимы?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19.01.23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1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36.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Для чего нужны антонимы?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23.01.23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27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37.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Для чего нужны антонимы?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26.01.23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9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38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9A6DD4" w:rsidRDefault="00800976" w:rsidP="00800976">
            <w:pPr>
              <w:autoSpaceDE w:val="0"/>
              <w:autoSpaceDN w:val="0"/>
              <w:spacing w:before="98" w:after="0" w:line="262" w:lineRule="auto"/>
              <w:ind w:left="72" w:right="1440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Как п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оявились пословицы и фразеологизмы</w:t>
            </w: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?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30.01.23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RPr="004D0582" w:rsidTr="00800976">
        <w:trPr>
          <w:trHeight w:hRule="exact" w:val="100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39.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1440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Как п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оявились пословицы и фразеологизмы</w:t>
            </w: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02.02.23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Tr="00800976">
        <w:trPr>
          <w:trHeight w:hRule="exact" w:val="98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40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1440"/>
              <w:rPr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Как поя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вились пословицы и фразеологиз</w:t>
            </w: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мы?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06.02.23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</w:tbl>
    <w:p w:rsidR="00800976" w:rsidRDefault="00800976" w:rsidP="00800976">
      <w:pPr>
        <w:autoSpaceDE w:val="0"/>
        <w:autoSpaceDN w:val="0"/>
        <w:spacing w:after="0" w:line="14" w:lineRule="exact"/>
      </w:pPr>
    </w:p>
    <w:tbl>
      <w:tblPr>
        <w:tblW w:w="10913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748"/>
        <w:gridCol w:w="850"/>
        <w:gridCol w:w="851"/>
        <w:gridCol w:w="709"/>
        <w:gridCol w:w="1559"/>
        <w:gridCol w:w="1701"/>
        <w:gridCol w:w="991"/>
      </w:tblGrid>
      <w:tr w:rsidR="00800976" w:rsidTr="00800976">
        <w:trPr>
          <w:trHeight w:hRule="exact" w:val="114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41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   </w:t>
            </w:r>
            <w:r w:rsidRPr="004D058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Встречается ли в сказках и стихах необычное ударение?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                                                                                                                                                                           </w:t>
            </w:r>
            <w:r w:rsidRPr="004D058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09.02.23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13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42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62" w:lineRule="auto"/>
              <w:ind w:left="72" w:right="864"/>
              <w:rPr>
                <w:lang w:val="ru-RU"/>
              </w:rPr>
            </w:pPr>
            <w:r w:rsidRPr="004D058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Встречается ли в сказках и стихах необычное ударение?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13.02.23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28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43.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62" w:lineRule="auto"/>
              <w:ind w:left="72" w:right="86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4D058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Встречается ли в сказках и стихах необычное ударение?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2D2979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2D2979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2D2979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16.02.23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21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lastRenderedPageBreak/>
              <w:t>44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4D058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Представление результатов выполнения практической работы «Учимся читать фрагменты стихов и сказок, в которых есть слова с необычным произношением и ударением»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C45A91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Практическая работа;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20.02.23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RPr="004D0582" w:rsidTr="00800976">
        <w:trPr>
          <w:trHeight w:hRule="exact" w:val="21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717F84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45.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81" w:lineRule="auto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4D058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Представление результатов выполнения практической работы «Учимся читать фрагменты стихов и сказок, в которых есть слова с необычным произношением и ударением»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Практическая работа;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27.02.23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RPr="00B21130" w:rsidTr="00800976">
        <w:trPr>
          <w:trHeight w:hRule="exact" w:val="212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46.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81" w:lineRule="auto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4D058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Представление результатов выполнения практической работы «Учимся читать фрагменты стихов и сказок, в которых есть слова с необычным произношением и ударением»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Практическая работа;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02.03.23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Tr="00800976">
        <w:trPr>
          <w:trHeight w:hRule="exact" w:val="56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47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 w:rsidRPr="004D0582">
              <w:rPr>
                <w:rFonts w:ascii="Times New Roman" w:eastAsia="Times New Roman" w:hAnsi="Times New Roman"/>
                <w:color w:val="000000"/>
                <w:sz w:val="24"/>
              </w:rPr>
              <w:t>Учимся вести диалог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06.03.23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70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717F84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48.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4D0582">
              <w:rPr>
                <w:rFonts w:ascii="Times New Roman" w:eastAsia="Times New Roman" w:hAnsi="Times New Roman"/>
                <w:color w:val="000000"/>
                <w:sz w:val="24"/>
              </w:rPr>
              <w:t>Учимся вести диалог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7B213E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7B213E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7B213E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09.03.23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573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49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 w:rsidRPr="004D0582">
              <w:rPr>
                <w:rFonts w:ascii="Times New Roman" w:eastAsia="Times New Roman" w:hAnsi="Times New Roman"/>
                <w:color w:val="000000"/>
                <w:sz w:val="24"/>
              </w:rPr>
              <w:t>Учимся вести диалог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Устный 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13.03.23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13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50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4D058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Составляем развёрнутое толкование значения слова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16.03.23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1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51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4D058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Составляем развёрнутое толкование значения слова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20.03.23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RPr="004D0582" w:rsidTr="00800976">
        <w:trPr>
          <w:trHeight w:hRule="exact" w:val="12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717F84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52.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4D058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Составляем развёрнутое толкование значения слова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23.03.23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4D058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Tr="00800976">
        <w:trPr>
          <w:trHeight w:hRule="exact" w:val="112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53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4D058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Устанавливаем связь предложений в тексте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03.04.23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RPr="004D0582" w:rsidTr="00800976">
        <w:trPr>
          <w:trHeight w:hRule="exact" w:val="114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717F84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54.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4D058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Устанавливаем связь предложений в тексте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4D058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06.04.23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800976" w:rsidRPr="004D058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Tr="00800976">
        <w:trPr>
          <w:trHeight w:hRule="exact" w:val="114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55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717F84" w:rsidRDefault="00800976" w:rsidP="00800976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lang w:val="ru-RU"/>
              </w:rPr>
            </w:pPr>
            <w:r w:rsidRPr="00717F84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Устанавливаем связь предложений в тексте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100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100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10.04.23</w:t>
            </w:r>
          </w:p>
        </w:tc>
        <w:tc>
          <w:tcPr>
            <w:tcW w:w="99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100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1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lastRenderedPageBreak/>
              <w:t>56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717F84" w:rsidRDefault="00800976" w:rsidP="0080097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717F84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Устанавливаем связь предложений в тексте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Практическая работа;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13.04.23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D36087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57.</w:t>
            </w:r>
          </w:p>
        </w:tc>
        <w:tc>
          <w:tcPr>
            <w:tcW w:w="3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717F84" w:rsidRDefault="00800976" w:rsidP="00800976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717F84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Создаём тексты инструкции и тексты повествования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sz w:val="20"/>
                <w:szCs w:val="20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Письменный контроль;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Устный </w:t>
            </w:r>
            <w:r w:rsidRPr="00166572">
              <w:rPr>
                <w:sz w:val="20"/>
                <w:szCs w:val="20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опрос;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17.04.23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</w:tbl>
    <w:p w:rsidR="00800976" w:rsidRDefault="00800976" w:rsidP="00800976">
      <w:pPr>
        <w:autoSpaceDE w:val="0"/>
        <w:autoSpaceDN w:val="0"/>
        <w:spacing w:after="0" w:line="14" w:lineRule="exact"/>
      </w:pPr>
    </w:p>
    <w:tbl>
      <w:tblPr>
        <w:tblW w:w="10933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3"/>
        <w:gridCol w:w="3744"/>
        <w:gridCol w:w="849"/>
        <w:gridCol w:w="857"/>
        <w:gridCol w:w="702"/>
        <w:gridCol w:w="30"/>
        <w:gridCol w:w="1536"/>
        <w:gridCol w:w="22"/>
        <w:gridCol w:w="1679"/>
        <w:gridCol w:w="21"/>
        <w:gridCol w:w="971"/>
        <w:gridCol w:w="19"/>
      </w:tblGrid>
      <w:tr w:rsidR="00800976" w:rsidTr="00800976">
        <w:trPr>
          <w:trHeight w:hRule="exact" w:val="1500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58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Создаём тексты инструкции и тексты повествования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C178FA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Письменный контроль;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20.04.23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385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59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Создаём тексты инструкции и тексты повествования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C178FA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Письменный контроль;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24.04.23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710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60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Создаём тексты инструкции и тексты повествования 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C178FA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27.04.23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14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850"/>
        </w:trPr>
        <w:tc>
          <w:tcPr>
            <w:tcW w:w="50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61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100" w:after="0" w:line="262" w:lineRule="auto"/>
              <w:ind w:left="72" w:right="144"/>
              <w:rPr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Представление результатов выполнения проектных заданий</w:t>
            </w:r>
          </w:p>
        </w:tc>
        <w:tc>
          <w:tcPr>
            <w:tcW w:w="84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7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C178FA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8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  <w:tc>
          <w:tcPr>
            <w:tcW w:w="1700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100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04.05.23</w:t>
            </w:r>
          </w:p>
        </w:tc>
        <w:tc>
          <w:tcPr>
            <w:tcW w:w="990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RPr="00D36087" w:rsidTr="00800976">
        <w:trPr>
          <w:trHeight w:hRule="exact" w:val="706"/>
        </w:trPr>
        <w:tc>
          <w:tcPr>
            <w:tcW w:w="50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100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374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100" w:after="0" w:line="262" w:lineRule="auto"/>
              <w:ind w:left="72"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Представление результатов выполнения проектных заданий</w:t>
            </w:r>
          </w:p>
        </w:tc>
        <w:tc>
          <w:tcPr>
            <w:tcW w:w="84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D36087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D36087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D36087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3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D36087" w:rsidRDefault="00800976" w:rsidP="00800976">
            <w:pPr>
              <w:autoSpaceDE w:val="0"/>
              <w:autoSpaceDN w:val="0"/>
              <w:spacing w:before="100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8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D36087" w:rsidRDefault="00800976" w:rsidP="00800976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  <w:tc>
          <w:tcPr>
            <w:tcW w:w="1700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100" w:after="0" w:line="262" w:lineRule="auto"/>
              <w:ind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08.05.23</w:t>
            </w:r>
          </w:p>
        </w:tc>
        <w:tc>
          <w:tcPr>
            <w:tcW w:w="990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36087" w:rsidRDefault="00800976" w:rsidP="00800976">
            <w:pPr>
              <w:autoSpaceDE w:val="0"/>
              <w:autoSpaceDN w:val="0"/>
              <w:spacing w:before="100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Tr="00800976">
        <w:trPr>
          <w:trHeight w:hRule="exact" w:val="1383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63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Творческая проверочная работа «Что мне бол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ьше всего понравилось на уроках»</w:t>
            </w:r>
            <w:r w:rsidRPr="00166572">
              <w:rPr>
                <w:lang w:val="ru-RU"/>
              </w:rPr>
              <w:br/>
            </w: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русского родного языка в этом году» 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D36087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D36087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Творческая работа;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11.05.23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599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64.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71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Работа над ошибками.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C178FA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Письменный контроль;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15.05.23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Tr="00800976">
        <w:trPr>
          <w:trHeight w:hRule="exact" w:val="1383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65 -67.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71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Повторение изученного материала.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18.05.23</w:t>
            </w:r>
          </w:p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22.05.23</w:t>
            </w:r>
          </w:p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25.05.23</w:t>
            </w:r>
          </w:p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800976" w:rsidRPr="00337E43" w:rsidTr="00800976">
        <w:trPr>
          <w:trHeight w:hRule="exact" w:val="1383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68.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71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Обобщение материала, изученного во втором классе.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337E43" w:rsidRDefault="00800976" w:rsidP="0080097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D2319E" w:rsidRDefault="00800976" w:rsidP="00800976">
            <w:pPr>
              <w:autoSpaceDE w:val="0"/>
              <w:autoSpaceDN w:val="0"/>
              <w:spacing w:before="98" w:after="0" w:line="262" w:lineRule="auto"/>
              <w:ind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29.05.23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337E43" w:rsidRDefault="00800976" w:rsidP="0080097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</w:tr>
      <w:tr w:rsidR="00800976" w:rsidTr="00800976">
        <w:trPr>
          <w:gridAfter w:val="1"/>
          <w:wAfter w:w="19" w:type="dxa"/>
          <w:trHeight w:hRule="exact" w:val="1299"/>
        </w:trPr>
        <w:tc>
          <w:tcPr>
            <w:tcW w:w="4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166572" w:rsidRDefault="00800976" w:rsidP="00800976">
            <w:pPr>
              <w:autoSpaceDE w:val="0"/>
              <w:autoSpaceDN w:val="0"/>
              <w:spacing w:before="98" w:after="0" w:line="262" w:lineRule="auto"/>
              <w:ind w:left="72" w:right="1008"/>
              <w:rPr>
                <w:lang w:val="ru-RU"/>
              </w:rPr>
            </w:pPr>
            <w:r w:rsidRPr="00166572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337E43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Pr="00C178FA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00976" w:rsidRPr="00C178FA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976" w:rsidRDefault="00800976" w:rsidP="00800976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</w:tbl>
    <w:p w:rsidR="00800976" w:rsidRDefault="00800976">
      <w:pPr>
        <w:autoSpaceDE w:val="0"/>
        <w:autoSpaceDN w:val="0"/>
        <w:spacing w:before="218" w:after="14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800976" w:rsidRDefault="00800976">
      <w:pPr>
        <w:autoSpaceDE w:val="0"/>
        <w:autoSpaceDN w:val="0"/>
        <w:spacing w:before="218" w:after="14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6916AA" w:rsidRDefault="008D3EB4">
      <w:pPr>
        <w:autoSpaceDE w:val="0"/>
        <w:autoSpaceDN w:val="0"/>
        <w:spacing w:before="218" w:after="14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3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386"/>
        <w:gridCol w:w="732"/>
        <w:gridCol w:w="1620"/>
        <w:gridCol w:w="1668"/>
        <w:gridCol w:w="1164"/>
        <w:gridCol w:w="1478"/>
      </w:tblGrid>
      <w:tr w:rsidR="00503C21" w:rsidTr="00B92906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</w:p>
        </w:tc>
        <w:tc>
          <w:tcPr>
            <w:tcW w:w="14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503C21" w:rsidTr="00B92906">
        <w:trPr>
          <w:trHeight w:hRule="exact" w:val="828"/>
        </w:trPr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3C21" w:rsidRDefault="00503C21" w:rsidP="00B92906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3C21" w:rsidRDefault="00503C21" w:rsidP="00B92906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3C21" w:rsidRDefault="00503C21" w:rsidP="00B92906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3C21" w:rsidRDefault="00503C21" w:rsidP="00B92906"/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Где путь прямой, там не езди по кривой.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71" w:lineRule="auto"/>
              <w:ind w:left="72" w:right="1296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Слова, связанные с особенностями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мировосприятия.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100" w:after="0" w:line="271" w:lineRule="auto"/>
              <w:ind w:left="72" w:right="288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В.И. Даль. Правда и Кривда. В.Г. Губарев. Королевство кривых зеркал.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/>
              <w:ind w:left="72" w:right="432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Кто друг прямой, тот брат родной. Слова, связанные с особенностями отношений между людьми.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/>
              <w:ind w:left="72" w:right="432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Кто друг прямой, тот брат родной. Слова, связанные с особенностями отношений между людьми.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А.Рыбаков. Дружина.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Дождик вымочит, а красно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солнышко высушит. Описание дождя в произведениях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В.Астафьева и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К.Паустовского.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838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38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100" w:after="0" w:line="281" w:lineRule="auto"/>
              <w:ind w:left="72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Дождик вымочит, а красно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солнышко высушит. Описание дождя в произведениях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В.Астафьева и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К.Паустовского.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71" w:lineRule="auto"/>
              <w:ind w:left="72" w:right="864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Составление страницы«Дождевые слова» в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«Природном словаре».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</w:tbl>
    <w:p w:rsidR="00503C21" w:rsidRDefault="00503C21" w:rsidP="00503C21">
      <w:pPr>
        <w:autoSpaceDE w:val="0"/>
        <w:autoSpaceDN w:val="0"/>
        <w:spacing w:after="0" w:line="14" w:lineRule="exact"/>
      </w:pPr>
    </w:p>
    <w:p w:rsidR="00503C21" w:rsidRDefault="00503C21" w:rsidP="00503C21">
      <w:pPr>
        <w:sectPr w:rsidR="00503C21">
          <w:pgSz w:w="11900" w:h="16840"/>
          <w:pgMar w:top="298" w:right="650" w:bottom="12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03C21" w:rsidRDefault="00503C21" w:rsidP="00503C21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386"/>
        <w:gridCol w:w="732"/>
        <w:gridCol w:w="1620"/>
        <w:gridCol w:w="1668"/>
        <w:gridCol w:w="1164"/>
        <w:gridCol w:w="1478"/>
      </w:tblGrid>
      <w:tr w:rsidR="00503C21" w:rsidTr="00B92906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Сошлись два друга – мороз да вьюга. Прилагательные и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глаголы для описания снега.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Составление страницы для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раздела «Снежные слова» в«Природном словаре».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83" w:lineRule="auto"/>
              <w:ind w:left="72" w:right="144"/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Сошлись два друга – мороз да вьюга. Прилагательные и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глаголы для описания снега.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Составление страницы для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раздела «Снежные слова» в«Природном словаре».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Сошлись два друга – мороз да вьюга. Прилагательные и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глаголы для описания снега.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Составление страницы для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раздела «Снежные слова» в«Природном словаре».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807D2E" w:rsidRDefault="00807D2E" w:rsidP="00B92906">
            <w:pPr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Ветер без крыльев летает.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807D2E" w:rsidRDefault="00807D2E" w:rsidP="00B92906">
            <w:pPr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Оформление страницы «Слова ветра» в «Природном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словаре».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EA202B" w:rsidRDefault="00EA202B" w:rsidP="00B92906">
            <w:pPr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Какой лес без чудес.</w:t>
            </w:r>
          </w:p>
          <w:p w:rsidR="00503C21" w:rsidRPr="00503C21" w:rsidRDefault="00503C21" w:rsidP="00B92906">
            <w:pPr>
              <w:autoSpaceDE w:val="0"/>
              <w:autoSpaceDN w:val="0"/>
              <w:spacing w:before="70" w:after="0" w:line="281" w:lineRule="auto"/>
              <w:ind w:left="72" w:right="144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Изображение леса в работах художников И.И. Левитана, И.И. Шишкина. Лес в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произведениях И.С. Соколова– Микитова, К.Ф. Яковлева, М.М. Пришвина.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248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Какой лес без чудес.</w:t>
            </w:r>
          </w:p>
          <w:p w:rsidR="00503C21" w:rsidRPr="00503C21" w:rsidRDefault="00503C21" w:rsidP="00B92906">
            <w:pPr>
              <w:autoSpaceDE w:val="0"/>
              <w:autoSpaceDN w:val="0"/>
              <w:spacing w:before="70" w:after="0" w:line="281" w:lineRule="auto"/>
              <w:ind w:left="72" w:right="144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Изображение леса в работах художников И.И. Левитана, И.И. Шишкина. Лес в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произведениях И.С. Соколова– Микитова, К.Ф. Яковлева, М.М. Пришвина.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</w:tbl>
    <w:p w:rsidR="00503C21" w:rsidRDefault="00503C21" w:rsidP="00503C21">
      <w:pPr>
        <w:autoSpaceDE w:val="0"/>
        <w:autoSpaceDN w:val="0"/>
        <w:spacing w:after="0" w:line="14" w:lineRule="exact"/>
      </w:pPr>
    </w:p>
    <w:p w:rsidR="00503C21" w:rsidRDefault="00503C21" w:rsidP="00503C21">
      <w:pPr>
        <w:sectPr w:rsidR="00503C21">
          <w:pgSz w:w="11900" w:h="16840"/>
          <w:pgMar w:top="284" w:right="650" w:bottom="136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03C21" w:rsidRDefault="00503C21" w:rsidP="00503C21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386"/>
        <w:gridCol w:w="732"/>
        <w:gridCol w:w="1620"/>
        <w:gridCol w:w="1668"/>
        <w:gridCol w:w="1164"/>
        <w:gridCol w:w="1478"/>
      </w:tblGrid>
      <w:tr w:rsidR="00503C21" w:rsidTr="00B92906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Какой лес без чудес.</w:t>
            </w:r>
          </w:p>
          <w:p w:rsidR="00503C21" w:rsidRPr="00503C21" w:rsidRDefault="00503C21" w:rsidP="00B92906">
            <w:pPr>
              <w:autoSpaceDE w:val="0"/>
              <w:autoSpaceDN w:val="0"/>
              <w:spacing w:before="70" w:after="0" w:line="281" w:lineRule="auto"/>
              <w:ind w:left="72" w:right="144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Изображение леса в работах художников И.И. Левитана, И.И. Шишкина. Лес в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произведениях И.С. Соколова– Микитова, К.Ф. Яковлева, М.М. Пришвина.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Дело мастера боится.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90709D" w:rsidRDefault="0090709D" w:rsidP="00B92906">
            <w:pPr>
              <w:rPr>
                <w:lang w:val="ru-RU"/>
              </w:rPr>
            </w:pPr>
            <w:r>
              <w:rPr>
                <w:lang w:val="ru-RU"/>
              </w:rPr>
              <w:t>7.11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100" w:after="0" w:line="281" w:lineRule="auto"/>
              <w:ind w:left="72" w:right="576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Исчезнувшие профессии. Произведения Н. Волкова, Г.М. Цыферова,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рассказывающие о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профессиях.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8B6952" w:rsidRDefault="008B6952" w:rsidP="00B92906">
            <w:pPr>
              <w:rPr>
                <w:lang w:val="ru-RU"/>
              </w:rPr>
            </w:pPr>
            <w:r>
              <w:rPr>
                <w:lang w:val="ru-RU"/>
              </w:rPr>
              <w:t>15.11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81" w:lineRule="auto"/>
              <w:ind w:left="72" w:right="576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Исчезнувшие профессии. Произведения Н. Волкова, Г.М. Цыферова,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рассказывающие о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профессиях.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8B6952" w:rsidRDefault="008B6952" w:rsidP="00B92906">
            <w:pPr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Заиграйте, мои гусли. Слова передающие музыку.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24D95" w:rsidRDefault="00524D95" w:rsidP="00B92906">
            <w:pPr>
              <w:rPr>
                <w:lang w:val="ru-RU"/>
              </w:rPr>
            </w:pPr>
            <w:r>
              <w:rPr>
                <w:lang w:val="ru-RU"/>
              </w:rPr>
              <w:t>2111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Заиграйте, мои гусли. Слова передающие музыку.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24D95" w:rsidRDefault="00524D95" w:rsidP="00B92906">
            <w:pPr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История гармошки.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/>
              <w:ind w:left="72" w:right="576"/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Что ни город, то норов. Значение слов «кремль» и«крепость».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Кто такие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горододельцы?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50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38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/>
              <w:ind w:left="72" w:right="576"/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Что ни город, то норов. Значение слов «кремль» и«крепость».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Кто такие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горододельцы?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/>
              <w:ind w:left="72" w:right="576"/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Что ни город, то норов. Значение слов «кремль» и«крепость».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Кто такие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горододельцы?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864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 земли ясно солнце, у человека – слово.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Самостоятельная работа.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</w:tbl>
    <w:p w:rsidR="00503C21" w:rsidRDefault="00503C21" w:rsidP="00503C21">
      <w:pPr>
        <w:autoSpaceDE w:val="0"/>
        <w:autoSpaceDN w:val="0"/>
        <w:spacing w:after="0" w:line="14" w:lineRule="exact"/>
      </w:pPr>
    </w:p>
    <w:p w:rsidR="00503C21" w:rsidRDefault="00503C21" w:rsidP="00503C21">
      <w:pPr>
        <w:sectPr w:rsidR="00503C21">
          <w:pgSz w:w="11900" w:h="16840"/>
          <w:pgMar w:top="284" w:right="650" w:bottom="30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03C21" w:rsidRDefault="00503C21" w:rsidP="00503C21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386"/>
        <w:gridCol w:w="732"/>
        <w:gridCol w:w="1620"/>
        <w:gridCol w:w="1668"/>
        <w:gridCol w:w="1164"/>
        <w:gridCol w:w="1478"/>
      </w:tblGrid>
      <w:tr w:rsidR="00503C21" w:rsidTr="00B92906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/>
              <w:ind w:left="72" w:right="288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А.С. Пушкин. Сказка о царе Салтане. Сравнение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произведений В.В. Бианки и С.А. Есенина.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/>
              <w:ind w:left="72" w:right="288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А.С. Пушкин. Сказка о царе Салтане. Сравнение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произведений В.В. Бианки и С.А. Есенина.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78" w:lineRule="auto"/>
              <w:ind w:left="72" w:right="288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Для чего нужны суффиксы? Суффиксы для выражения своего отношения к тому, о чём или о ком говоришь.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/>
              <w:ind w:left="72" w:right="288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Для чего нужны суффиксы? Суффиксы для выражения своего отношения к тому, о чём или о ком говоришь.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Ю.И. Коваль. Белозубка.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Какие особенности рода имён существительных есть в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русском языке?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35.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Род имён существительных.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36.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Род имён существительных.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37.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Все ли имена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существительные «умеют»изменяться по числам?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166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38.</w:t>
            </w:r>
          </w:p>
        </w:tc>
        <w:tc>
          <w:tcPr>
            <w:tcW w:w="338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100" w:after="0" w:line="271" w:lineRule="auto"/>
              <w:ind w:left="72" w:right="432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Все ли имена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существительные «умеют»изменяться по числам?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39.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71" w:lineRule="auto"/>
              <w:ind w:left="72" w:right="864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Как изменяются имена существительные во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множественном числе?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40.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Форма родительного падежа множественного числа.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41.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Зачем в русском языке такие разные предлоги?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</w:tbl>
    <w:p w:rsidR="00503C21" w:rsidRDefault="00503C21" w:rsidP="00503C21">
      <w:pPr>
        <w:autoSpaceDE w:val="0"/>
        <w:autoSpaceDN w:val="0"/>
        <w:spacing w:after="0" w:line="14" w:lineRule="exact"/>
      </w:pPr>
    </w:p>
    <w:p w:rsidR="00503C21" w:rsidRDefault="00503C21" w:rsidP="00503C21">
      <w:pPr>
        <w:sectPr w:rsidR="00503C21">
          <w:pgSz w:w="11900" w:h="16840"/>
          <w:pgMar w:top="284" w:right="650" w:bottom="73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03C21" w:rsidRDefault="00503C21" w:rsidP="00503C21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386"/>
        <w:gridCol w:w="732"/>
        <w:gridCol w:w="1620"/>
        <w:gridCol w:w="1668"/>
        <w:gridCol w:w="1164"/>
        <w:gridCol w:w="1478"/>
      </w:tblGrid>
      <w:tr w:rsidR="00503C21" w:rsidTr="00B92906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42.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Слова, обозначающие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направление движения и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расположение в пространстве.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43.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Необычные предлоги.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44.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1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Предлоги.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Повторение пройденного материала.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30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46.</w:t>
            </w:r>
          </w:p>
        </w:tc>
        <w:tc>
          <w:tcPr>
            <w:tcW w:w="338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62" w:lineRule="auto"/>
              <w:ind w:left="72" w:right="144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Создаём тексты –рассуждения.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47.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Как построить текст –рассуждение.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48.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М.М. Пришвин. Кладовая солнца.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49.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М.М. Пришвин. Кладовая солнца.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50.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М.М. Пришвин. Кладовая солнца.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51.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71" w:lineRule="auto"/>
              <w:ind w:left="72" w:right="576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Куржак – слово, которое употребляется только в определённой местности.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52.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1008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К.Д. Ушинский. Спор деревьев.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53.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1008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К.Д. Ушинский. Спор деревьев.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54.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62" w:lineRule="auto"/>
              <w:ind w:left="72" w:right="144"/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Учимся редактировать тексты. Г. Скребицкий.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Белая шубка.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10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55.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144"/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Учимся редактировать тексты. Г. Скребицкий.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Белая шубка.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56.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144"/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Учимся редактировать тексты. Г. Скребицкий.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Белая шубка.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57.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Г. Скребицкий. Весна.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58.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Произведения М. Пришвина.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59.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Произведения М. Пришвина.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</w:tbl>
    <w:p w:rsidR="00503C21" w:rsidRDefault="00503C21" w:rsidP="00503C21">
      <w:pPr>
        <w:autoSpaceDE w:val="0"/>
        <w:autoSpaceDN w:val="0"/>
        <w:spacing w:after="0" w:line="14" w:lineRule="exact"/>
      </w:pPr>
    </w:p>
    <w:p w:rsidR="00503C21" w:rsidRDefault="00503C21" w:rsidP="00503C21">
      <w:pPr>
        <w:sectPr w:rsidR="00503C21">
          <w:pgSz w:w="11900" w:h="16840"/>
          <w:pgMar w:top="284" w:right="650" w:bottom="3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503C21" w:rsidRDefault="00503C21" w:rsidP="00503C21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386"/>
        <w:gridCol w:w="732"/>
        <w:gridCol w:w="1620"/>
        <w:gridCol w:w="1668"/>
        <w:gridCol w:w="1164"/>
        <w:gridCol w:w="1478"/>
      </w:tblGrid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60.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144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Создаём тексты –повествования.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Что такое промысел?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62.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Богородская резная игрушка.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63.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Городецкая деревянная игрушка.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64.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Городецкая деревянная игрушка.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65.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Золотой ключик, или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Приключения Буратино.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66.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Золотой ключик, или </w:t>
            </w:r>
            <w:r w:rsidRPr="00503C21">
              <w:rPr>
                <w:lang w:val="ru-RU"/>
              </w:rPr>
              <w:br/>
            </w: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Приключения Буратино.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67.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Волшебник Изумрудного города.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68.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Волшебник Изумрудного города.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503C21" w:rsidTr="00B92906">
        <w:trPr>
          <w:trHeight w:hRule="exact" w:val="808"/>
        </w:trPr>
        <w:tc>
          <w:tcPr>
            <w:tcW w:w="3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Pr="00503C21" w:rsidRDefault="00503C21" w:rsidP="00B9290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503C21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503C21" w:rsidRDefault="00503C21" w:rsidP="00B92906"/>
        </w:tc>
      </w:tr>
    </w:tbl>
    <w:p w:rsidR="006916AA" w:rsidRDefault="006916AA">
      <w:pPr>
        <w:autoSpaceDE w:val="0"/>
        <w:autoSpaceDN w:val="0"/>
        <w:spacing w:after="78" w:line="220" w:lineRule="exact"/>
        <w:rPr>
          <w:lang w:val="ru-RU"/>
        </w:rPr>
      </w:pPr>
    </w:p>
    <w:p w:rsidR="00916E5B" w:rsidRPr="00916E5B" w:rsidRDefault="00916E5B">
      <w:pPr>
        <w:autoSpaceDE w:val="0"/>
        <w:autoSpaceDN w:val="0"/>
        <w:spacing w:after="78" w:line="220" w:lineRule="exact"/>
        <w:rPr>
          <w:b/>
          <w:sz w:val="28"/>
          <w:szCs w:val="28"/>
          <w:lang w:val="ru-RU"/>
        </w:rPr>
      </w:pPr>
    </w:p>
    <w:p w:rsidR="00916E5B" w:rsidRPr="00916E5B" w:rsidRDefault="00916E5B">
      <w:pPr>
        <w:autoSpaceDE w:val="0"/>
        <w:autoSpaceDN w:val="0"/>
        <w:spacing w:after="78" w:line="220" w:lineRule="exact"/>
        <w:rPr>
          <w:b/>
          <w:sz w:val="28"/>
          <w:szCs w:val="28"/>
          <w:lang w:val="ru-RU"/>
        </w:rPr>
      </w:pPr>
      <w:r w:rsidRPr="00916E5B">
        <w:rPr>
          <w:b/>
          <w:sz w:val="28"/>
          <w:szCs w:val="28"/>
          <w:lang w:val="ru-RU"/>
        </w:rPr>
        <w:t>4 класс</w:t>
      </w:r>
    </w:p>
    <w:tbl>
      <w:tblPr>
        <w:tblW w:w="10914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2966"/>
        <w:gridCol w:w="732"/>
        <w:gridCol w:w="1184"/>
        <w:gridCol w:w="1134"/>
        <w:gridCol w:w="1097"/>
        <w:gridCol w:w="9"/>
        <w:gridCol w:w="1100"/>
        <w:gridCol w:w="2188"/>
      </w:tblGrid>
      <w:tr w:rsidR="00916E5B" w:rsidTr="0050158B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29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30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0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</w:p>
        </w:tc>
        <w:tc>
          <w:tcPr>
            <w:tcW w:w="21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Виды, формы контроля</w:t>
            </w:r>
          </w:p>
        </w:tc>
      </w:tr>
      <w:tr w:rsidR="00916E5B" w:rsidTr="0050158B">
        <w:trPr>
          <w:trHeight w:hRule="exact" w:val="420"/>
        </w:trPr>
        <w:tc>
          <w:tcPr>
            <w:tcW w:w="50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6E5B" w:rsidRDefault="00916E5B" w:rsidP="0050158B"/>
        </w:tc>
        <w:tc>
          <w:tcPr>
            <w:tcW w:w="29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6E5B" w:rsidRDefault="00916E5B" w:rsidP="0050158B"/>
        </w:tc>
        <w:tc>
          <w:tcPr>
            <w:tcW w:w="7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1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b/>
                <w:color w:val="000000"/>
                <w:sz w:val="24"/>
                <w:lang w:val="ru-RU"/>
              </w:rPr>
            </w:pPr>
          </w:p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b/>
                <w:color w:val="000000"/>
                <w:sz w:val="24"/>
                <w:lang w:val="ru-RU"/>
              </w:rPr>
            </w:pPr>
          </w:p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b/>
                <w:color w:val="000000"/>
                <w:sz w:val="24"/>
                <w:lang w:val="ru-RU"/>
              </w:rPr>
            </w:pPr>
          </w:p>
          <w:p w:rsidR="00916E5B" w:rsidRPr="00C81628" w:rsidRDefault="00916E5B" w:rsidP="0050158B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</w:p>
        </w:tc>
        <w:tc>
          <w:tcPr>
            <w:tcW w:w="220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6E5B" w:rsidRDefault="00916E5B" w:rsidP="0050158B"/>
        </w:tc>
        <w:tc>
          <w:tcPr>
            <w:tcW w:w="218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16E5B" w:rsidRDefault="00916E5B" w:rsidP="0050158B"/>
        </w:tc>
      </w:tr>
      <w:tr w:rsidR="00916E5B" w:rsidTr="0050158B">
        <w:trPr>
          <w:trHeight w:hRule="exact" w:val="626"/>
        </w:trPr>
        <w:tc>
          <w:tcPr>
            <w:tcW w:w="5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/>
        </w:tc>
        <w:tc>
          <w:tcPr>
            <w:tcW w:w="29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/>
        </w:tc>
        <w:tc>
          <w:tcPr>
            <w:tcW w:w="7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1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10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6E5B" w:rsidRPr="00C81628" w:rsidRDefault="00916E5B" w:rsidP="0050158B">
            <w:pPr>
              <w:rPr>
                <w:lang w:val="ru-RU"/>
              </w:rPr>
            </w:pPr>
            <w:r>
              <w:rPr>
                <w:lang w:val="ru-RU"/>
              </w:rPr>
              <w:t>по плану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Pr="00C81628" w:rsidRDefault="00916E5B" w:rsidP="0050158B">
            <w:pPr>
              <w:rPr>
                <w:lang w:val="ru-RU"/>
              </w:rPr>
            </w:pPr>
            <w:r>
              <w:rPr>
                <w:lang w:val="ru-RU"/>
              </w:rPr>
              <w:t>по факту</w:t>
            </w:r>
          </w:p>
        </w:tc>
        <w:tc>
          <w:tcPr>
            <w:tcW w:w="21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/>
        </w:tc>
      </w:tr>
      <w:tr w:rsidR="00916E5B" w:rsidTr="0050158B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Не стыдно не знать, стыдно не учиться.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03.09.2022</w:t>
            </w:r>
          </w:p>
        </w:tc>
        <w:tc>
          <w:tcPr>
            <w:tcW w:w="11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Пословицы, поговорки,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фразеологизмы об учении.</w:t>
            </w:r>
          </w:p>
          <w:p w:rsidR="00916E5B" w:rsidRPr="00B16120" w:rsidRDefault="00916E5B" w:rsidP="0050158B">
            <w:pPr>
              <w:autoSpaceDE w:val="0"/>
              <w:autoSpaceDN w:val="0"/>
              <w:spacing w:before="72" w:after="0" w:line="262" w:lineRule="auto"/>
              <w:ind w:left="72" w:right="720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Уместность их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употребления в речи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10.09.2022</w:t>
            </w:r>
          </w:p>
        </w:tc>
        <w:tc>
          <w:tcPr>
            <w:tcW w:w="11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916E5B" w:rsidTr="0050158B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/>
              <w:ind w:left="72" w:right="144"/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Вся семья вместе, так и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душа на месте.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Слова,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называющие родственные отношения.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17.09.2022</w:t>
            </w:r>
          </w:p>
        </w:tc>
        <w:tc>
          <w:tcPr>
            <w:tcW w:w="11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4.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Вся семья вместе, так и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душа на месте. Сравнение толкований слов в словаре В. И. Даля и современном толковом словаре.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24.09.2022</w:t>
            </w:r>
          </w:p>
        </w:tc>
        <w:tc>
          <w:tcPr>
            <w:tcW w:w="11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Красна сказка складом, а песня – ладом. Пословицы, поговорки  о качествах,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чувствах  людей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01.10.2022</w:t>
            </w:r>
          </w:p>
        </w:tc>
        <w:tc>
          <w:tcPr>
            <w:tcW w:w="11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опрос; Письменный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контроль;</w:t>
            </w:r>
          </w:p>
        </w:tc>
      </w:tr>
      <w:tr w:rsidR="00916E5B" w:rsidTr="0050158B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Красна сказка складом, а песня – ладом. Сравнение толкований слов в словаре В. И. Даля и современном толковом словаре.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08.10.2022</w:t>
            </w:r>
          </w:p>
        </w:tc>
        <w:tc>
          <w:tcPr>
            <w:tcW w:w="1109" w:type="dxa"/>
            <w:gridSpan w:val="2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опрос; Письменный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контроль;</w:t>
            </w:r>
          </w:p>
        </w:tc>
      </w:tr>
      <w:tr w:rsidR="00916E5B" w:rsidTr="0050158B">
        <w:trPr>
          <w:trHeight w:hRule="exact" w:val="150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296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100" w:after="0"/>
              <w:ind w:left="72" w:right="144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Красное словцо не ложь. Пословицы, поговорки и фразеологизмы из языков народов России и мира.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9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15.10.2022</w:t>
            </w:r>
          </w:p>
        </w:tc>
        <w:tc>
          <w:tcPr>
            <w:tcW w:w="1109" w:type="dxa"/>
            <w:gridSpan w:val="2"/>
            <w:tcBorders>
              <w:top w:val="single" w:sz="5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Красное словцо не ложь. Русские слова в языках других народов.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22.10.2022</w:t>
            </w:r>
          </w:p>
        </w:tc>
        <w:tc>
          <w:tcPr>
            <w:tcW w:w="11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Язык языку весть подает. Этимология.</w:t>
            </w:r>
          </w:p>
          <w:p w:rsidR="00916E5B" w:rsidRDefault="00916E5B" w:rsidP="0050158B">
            <w:pPr>
              <w:autoSpaceDE w:val="0"/>
              <w:autoSpaceDN w:val="0"/>
              <w:spacing w:before="7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Этимологический словарь.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12.11.2022</w:t>
            </w:r>
          </w:p>
        </w:tc>
        <w:tc>
          <w:tcPr>
            <w:tcW w:w="11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</w:tbl>
    <w:p w:rsidR="00916E5B" w:rsidRDefault="00916E5B" w:rsidP="00916E5B">
      <w:pPr>
        <w:autoSpaceDE w:val="0"/>
        <w:autoSpaceDN w:val="0"/>
        <w:spacing w:after="0" w:line="14" w:lineRule="exact"/>
      </w:pPr>
    </w:p>
    <w:tbl>
      <w:tblPr>
        <w:tblW w:w="10914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2966"/>
        <w:gridCol w:w="732"/>
        <w:gridCol w:w="1184"/>
        <w:gridCol w:w="1134"/>
        <w:gridCol w:w="1123"/>
        <w:gridCol w:w="8"/>
        <w:gridCol w:w="1075"/>
        <w:gridCol w:w="2188"/>
      </w:tblGrid>
      <w:tr w:rsidR="00916E5B" w:rsidTr="0050158B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Заимствованные слова. Словарь иностранных слов.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19.11.2022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опрос; Письменный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контроль;</w:t>
            </w:r>
          </w:p>
        </w:tc>
      </w:tr>
      <w:tr w:rsidR="00916E5B" w:rsidTr="0050158B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Сведения из истории языка и культуры.Сравнение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толкований слов в словаре В.И. Даля и современном толковом словаре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26.11.2022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78" w:lineRule="auto"/>
              <w:ind w:left="7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.Представление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результатов проектных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заданий, выполненных при изучении раздела.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03.12.2022</w:t>
            </w:r>
          </w:p>
        </w:tc>
        <w:tc>
          <w:tcPr>
            <w:tcW w:w="108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916E5B" w:rsidTr="0050158B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13.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Трудно ли образовывать формы глагола?</w:t>
            </w:r>
          </w:p>
          <w:p w:rsidR="00916E5B" w:rsidRPr="00B16120" w:rsidRDefault="00916E5B" w:rsidP="0050158B">
            <w:pPr>
              <w:autoSpaceDE w:val="0"/>
              <w:autoSpaceDN w:val="0"/>
              <w:spacing w:before="70" w:after="0" w:line="281" w:lineRule="auto"/>
              <w:ind w:left="72" w:right="144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Пользование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орфографическим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словарём для определения нормативного написания слов.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10.12.2022</w:t>
            </w:r>
          </w:p>
        </w:tc>
        <w:tc>
          <w:tcPr>
            <w:tcW w:w="108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опрос; Письменный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контроль;</w:t>
            </w:r>
          </w:p>
        </w:tc>
      </w:tr>
      <w:tr w:rsidR="00916E5B" w:rsidTr="0050158B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Можно ли об одном и том же сказать по-разному?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17.12.2022</w:t>
            </w:r>
          </w:p>
        </w:tc>
        <w:tc>
          <w:tcPr>
            <w:tcW w:w="108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62" w:lineRule="auto"/>
              <w:ind w:left="72" w:right="864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Как правильно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произносить слова.</w:t>
            </w:r>
          </w:p>
          <w:p w:rsidR="00916E5B" w:rsidRPr="00B16120" w:rsidRDefault="00916E5B" w:rsidP="0050158B">
            <w:pPr>
              <w:autoSpaceDE w:val="0"/>
              <w:autoSpaceDN w:val="0"/>
              <w:spacing w:before="70" w:after="0" w:line="230" w:lineRule="auto"/>
              <w:ind w:left="7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Синонимические замены.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24.12.2022</w:t>
            </w:r>
          </w:p>
        </w:tc>
        <w:tc>
          <w:tcPr>
            <w:tcW w:w="108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Как и когда появились знаки препинания?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14.01.2023</w:t>
            </w:r>
          </w:p>
        </w:tc>
        <w:tc>
          <w:tcPr>
            <w:tcW w:w="108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История возникновения и функции знаков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препинания.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21.01.2023</w:t>
            </w:r>
          </w:p>
        </w:tc>
        <w:tc>
          <w:tcPr>
            <w:tcW w:w="1083" w:type="dxa"/>
            <w:gridSpan w:val="2"/>
            <w:tcBorders>
              <w:top w:val="single" w:sz="4" w:space="0" w:color="000000"/>
              <w:left w:val="single" w:sz="4" w:space="0" w:color="auto"/>
              <w:bottom w:val="single" w:sz="5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50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296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100" w:after="0"/>
              <w:ind w:left="72" w:right="576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Совершенствование навыков правильного пунктуационного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оформления текста.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2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28.01.2023</w:t>
            </w:r>
          </w:p>
        </w:tc>
        <w:tc>
          <w:tcPr>
            <w:tcW w:w="1083" w:type="dxa"/>
            <w:gridSpan w:val="2"/>
            <w:tcBorders>
              <w:top w:val="single" w:sz="5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опрос; Письменный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контроль;</w:t>
            </w:r>
          </w:p>
        </w:tc>
      </w:tr>
      <w:tr w:rsidR="00916E5B" w:rsidTr="0050158B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62" w:lineRule="auto"/>
              <w:ind w:right="144"/>
              <w:jc w:val="center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Задаем вопросы в диалоге. Правила ведения диалога.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04.02.2023</w:t>
            </w:r>
          </w:p>
        </w:tc>
        <w:tc>
          <w:tcPr>
            <w:tcW w:w="108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Учимся передавать в заголовке тему текста.</w:t>
            </w:r>
          </w:p>
          <w:p w:rsidR="00916E5B" w:rsidRDefault="00916E5B" w:rsidP="0050158B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Типы заголовков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11.02.2023</w:t>
            </w:r>
          </w:p>
        </w:tc>
        <w:tc>
          <w:tcPr>
            <w:tcW w:w="108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</w:tbl>
    <w:p w:rsidR="00916E5B" w:rsidRDefault="00916E5B" w:rsidP="00916E5B">
      <w:pPr>
        <w:autoSpaceDE w:val="0"/>
        <w:autoSpaceDN w:val="0"/>
        <w:spacing w:after="0" w:line="14" w:lineRule="exact"/>
      </w:pPr>
    </w:p>
    <w:p w:rsidR="00916E5B" w:rsidRDefault="00916E5B" w:rsidP="00916E5B">
      <w:pPr>
        <w:sectPr w:rsidR="00916E5B">
          <w:pgSz w:w="11900" w:h="16840"/>
          <w:pgMar w:top="284" w:right="650" w:bottom="88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16E5B" w:rsidRDefault="00916E5B" w:rsidP="00916E5B">
      <w:pPr>
        <w:autoSpaceDE w:val="0"/>
        <w:autoSpaceDN w:val="0"/>
        <w:spacing w:after="66" w:line="220" w:lineRule="exact"/>
      </w:pPr>
    </w:p>
    <w:tbl>
      <w:tblPr>
        <w:tblW w:w="10914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2966"/>
        <w:gridCol w:w="732"/>
        <w:gridCol w:w="1184"/>
        <w:gridCol w:w="1134"/>
        <w:gridCol w:w="1183"/>
        <w:gridCol w:w="17"/>
        <w:gridCol w:w="1006"/>
        <w:gridCol w:w="2188"/>
      </w:tblGrid>
      <w:tr w:rsidR="00916E5B" w:rsidTr="0050158B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/>
              <w:ind w:left="72" w:right="576"/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Учимся передавать в заголовке тему текста.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Объяснение заголовка текста.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18.02.2023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Учимся передавать в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заголовке основную мысль текста. Анализ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информации прочитанного и прослушанного текста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25.02.2023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100" w:after="0" w:line="281" w:lineRule="auto"/>
              <w:ind w:left="7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Учимся передавать в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заголовке основную мысль текста. Умение отделять главные факты от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второстепенных фактов.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04.03.2023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Учимся составлять план текста, не разделённого на абзацы.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11.03.2023</w:t>
            </w:r>
          </w:p>
        </w:tc>
        <w:tc>
          <w:tcPr>
            <w:tcW w:w="102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опрос; Письменный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контроль;</w:t>
            </w:r>
          </w:p>
        </w:tc>
      </w:tr>
      <w:tr w:rsidR="00916E5B" w:rsidTr="0050158B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Учимся составлять план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текста. Анализ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информации прочитанного и прослушанного текста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18.03.2023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Учимся составлять план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текста. Использование в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речи языковых средств для свободного выражения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мыслей и чувств на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родном языке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25.03.2023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опрос; Письменный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контроль;</w:t>
            </w:r>
          </w:p>
        </w:tc>
      </w:tr>
      <w:tr w:rsidR="00916E5B" w:rsidTr="0050158B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Учимся пересказывать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текст. Освоение различных приёмов слушания текстов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08.04.2023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Учимся пересказывать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текст. Анализ информации прочитанного и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прослушанного текста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15.04.2023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916E5B" w:rsidTr="0050158B">
        <w:trPr>
          <w:trHeight w:hRule="exact" w:val="18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Учимся пересказывать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текст. Создание текста как результата собственной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исследовательской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деятельности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22.04.2023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</w:tbl>
    <w:p w:rsidR="00916E5B" w:rsidRDefault="00916E5B" w:rsidP="00916E5B">
      <w:pPr>
        <w:autoSpaceDE w:val="0"/>
        <w:autoSpaceDN w:val="0"/>
        <w:spacing w:after="0" w:line="14" w:lineRule="exact"/>
      </w:pPr>
    </w:p>
    <w:p w:rsidR="00916E5B" w:rsidRDefault="00916E5B" w:rsidP="00916E5B">
      <w:pPr>
        <w:sectPr w:rsidR="00916E5B">
          <w:pgSz w:w="11900" w:h="16840"/>
          <w:pgMar w:top="284" w:right="650" w:bottom="87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16E5B" w:rsidRDefault="00916E5B" w:rsidP="00916E5B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2966"/>
        <w:gridCol w:w="732"/>
        <w:gridCol w:w="1184"/>
        <w:gridCol w:w="1134"/>
        <w:gridCol w:w="1226"/>
        <w:gridCol w:w="980"/>
        <w:gridCol w:w="1826"/>
      </w:tblGrid>
      <w:tr w:rsidR="00916E5B" w:rsidTr="0050158B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Учимся оценивать и редактировать тексты.</w:t>
            </w:r>
          </w:p>
          <w:p w:rsidR="00916E5B" w:rsidRPr="00B16120" w:rsidRDefault="00916E5B" w:rsidP="0050158B">
            <w:pPr>
              <w:autoSpaceDE w:val="0"/>
              <w:autoSpaceDN w:val="0"/>
              <w:spacing w:before="70" w:after="0"/>
              <w:ind w:left="72" w:right="288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Практический опыт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использования учебных словарей в процессе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редактирования текста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29.04.2023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916E5B" w:rsidTr="0050158B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81" w:lineRule="auto"/>
              <w:ind w:left="72" w:right="43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Учимся оценивать и редактировать тексты. Анализ информации прочитанного и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прослушанного текста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06.05.2023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опрос; Письменный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контроль;</w:t>
            </w:r>
          </w:p>
        </w:tc>
      </w:tr>
      <w:tr w:rsidR="00916E5B" w:rsidTr="0050158B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13.05.2023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916E5B" w:rsidTr="0050158B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Проект «Пишем разные тексты об одном и том же».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20.05.2023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916E5B" w:rsidRPr="002A1132" w:rsidTr="0050158B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Обобщение изученного.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27.05.2023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Устный опрос; Самооценка с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использованием«Оценочного </w:t>
            </w:r>
            <w:r w:rsidRPr="00B16120">
              <w:rPr>
                <w:lang w:val="ru-RU"/>
              </w:rPr>
              <w:br/>
            </w: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листа»;</w:t>
            </w:r>
          </w:p>
        </w:tc>
      </w:tr>
      <w:tr w:rsidR="00916E5B" w:rsidTr="0050158B">
        <w:trPr>
          <w:trHeight w:hRule="exact" w:val="808"/>
        </w:trPr>
        <w:tc>
          <w:tcPr>
            <w:tcW w:w="34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Pr="00B16120" w:rsidRDefault="00916E5B" w:rsidP="0050158B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B16120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16E5B" w:rsidRDefault="00916E5B" w:rsidP="0050158B"/>
        </w:tc>
      </w:tr>
    </w:tbl>
    <w:p w:rsidR="00916E5B" w:rsidRDefault="00916E5B">
      <w:pPr>
        <w:autoSpaceDE w:val="0"/>
        <w:autoSpaceDN w:val="0"/>
        <w:spacing w:after="78" w:line="220" w:lineRule="exact"/>
        <w:rPr>
          <w:lang w:val="ru-RU"/>
        </w:rPr>
      </w:pPr>
    </w:p>
    <w:p w:rsidR="00916E5B" w:rsidRDefault="00916E5B">
      <w:pPr>
        <w:autoSpaceDE w:val="0"/>
        <w:autoSpaceDN w:val="0"/>
        <w:spacing w:after="78" w:line="220" w:lineRule="exact"/>
        <w:rPr>
          <w:lang w:val="ru-RU"/>
        </w:rPr>
      </w:pPr>
    </w:p>
    <w:p w:rsidR="00916E5B" w:rsidRPr="00916E5B" w:rsidRDefault="00916E5B">
      <w:pPr>
        <w:autoSpaceDE w:val="0"/>
        <w:autoSpaceDN w:val="0"/>
        <w:spacing w:after="78" w:line="220" w:lineRule="exact"/>
        <w:rPr>
          <w:lang w:val="ru-RU"/>
        </w:rPr>
      </w:pPr>
    </w:p>
    <w:p w:rsidR="006916AA" w:rsidRPr="00916E5B" w:rsidRDefault="008D3EB4">
      <w:pPr>
        <w:autoSpaceDE w:val="0"/>
        <w:autoSpaceDN w:val="0"/>
        <w:spacing w:after="0" w:line="230" w:lineRule="auto"/>
        <w:rPr>
          <w:lang w:val="ru-RU"/>
        </w:rPr>
      </w:pPr>
      <w:r w:rsidRPr="00916E5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УЧЕБНО-МЕТОДИЧЕСКОЕ ОБЕСПЕЧЕНИЕ ОБРАЗОВАТЕЛЬНОГО ПРОЦЕССА </w:t>
      </w:r>
    </w:p>
    <w:p w:rsidR="006916AA" w:rsidRPr="00916E5B" w:rsidRDefault="008D3EB4">
      <w:pPr>
        <w:autoSpaceDE w:val="0"/>
        <w:autoSpaceDN w:val="0"/>
        <w:spacing w:before="346" w:after="0" w:line="230" w:lineRule="auto"/>
        <w:rPr>
          <w:lang w:val="ru-RU"/>
        </w:rPr>
      </w:pPr>
      <w:r w:rsidRPr="00916E5B">
        <w:rPr>
          <w:rFonts w:ascii="Times New Roman" w:eastAsia="Times New Roman" w:hAnsi="Times New Roman"/>
          <w:b/>
          <w:color w:val="000000"/>
          <w:sz w:val="24"/>
          <w:lang w:val="ru-RU"/>
        </w:rPr>
        <w:t>ОБЯЗАТЕЛЬНЫЕ УЧЕБНЫЕ МАТЕРИАЛЫ ДЛЯ УЧЕНИКА</w:t>
      </w:r>
    </w:p>
    <w:p w:rsidR="006916AA" w:rsidRDefault="008D3EB4">
      <w:pPr>
        <w:autoSpaceDE w:val="0"/>
        <w:autoSpaceDN w:val="0"/>
        <w:spacing w:before="262"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1 КЛАСС</w:t>
      </w:r>
    </w:p>
    <w:p w:rsidR="006916AA" w:rsidRPr="008D3EB4" w:rsidRDefault="008D3EB4">
      <w:pPr>
        <w:autoSpaceDE w:val="0"/>
        <w:autoSpaceDN w:val="0"/>
        <w:spacing w:before="166" w:after="0"/>
        <w:ind w:right="288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Александрова О.М., Вербицкая Л.А., Богданов С.И., Казакова Е.И., Кузнецова М.И., Петленко Л.В., Романова В.Ю., Русский родной язык. Учебник. 1 класс. Акционерное общество «Издательство«Просвещение»;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:rsidR="006916AA" w:rsidRPr="008D3EB4" w:rsidRDefault="008D3EB4">
      <w:pPr>
        <w:autoSpaceDE w:val="0"/>
        <w:autoSpaceDN w:val="0"/>
        <w:spacing w:before="264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2 КЛАСС</w:t>
      </w:r>
    </w:p>
    <w:p w:rsidR="006916AA" w:rsidRPr="008D3EB4" w:rsidRDefault="008D3EB4">
      <w:pPr>
        <w:autoSpaceDE w:val="0"/>
        <w:autoSpaceDN w:val="0"/>
        <w:spacing w:before="168" w:after="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Александрова О.М., Вербицкая Л.А., Богданов С.И., Казакова Е.И., Кузнецова М.И., Петленко Л.В., Романова В.Ю., Рябинина Л.А., Соколова О.В., Русский родной язык. Учебник. 2 класс. Акционерное общество «Издательство «Просвещение»;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3 КЛАСС</w:t>
      </w:r>
    </w:p>
    <w:p w:rsidR="006916AA" w:rsidRPr="008D3EB4" w:rsidRDefault="008D3EB4">
      <w:pPr>
        <w:autoSpaceDE w:val="0"/>
        <w:autoSpaceDN w:val="0"/>
        <w:spacing w:before="166" w:after="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Александрова О.М., Вербицкая Л.А., Богданов С.И., Казакова Е.И., Кузнецова М.И., Петленко Л.В., Романова В.Ю., Рябинина Л.А., Соколова О.В., Русский родной язык. Учебник. 3 класс. Акционерное 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 xml:space="preserve">общество «Издательство «Просвещение»;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4 КЛАСС</w:t>
      </w:r>
    </w:p>
    <w:p w:rsidR="006916AA" w:rsidRPr="008D3EB4" w:rsidRDefault="008D3EB4">
      <w:pPr>
        <w:autoSpaceDE w:val="0"/>
        <w:autoSpaceDN w:val="0"/>
        <w:spacing w:before="166" w:after="0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Александрова О.М., Вербицкая Л.А., Богданов С.И., Казакова Е.И., Кузнецова М.И., Петленко Л.В., Романова В.Ю., Рябинина Л.А., Соколова О.В., Русский родной язык. Учебник. 4 класс. Акционерное общество «Издательство «Просвещение»;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1 КЛАСС</w:t>
      </w:r>
    </w:p>
    <w:p w:rsidR="006916AA" w:rsidRPr="008D3EB4" w:rsidRDefault="008D3EB4">
      <w:pPr>
        <w:autoSpaceDE w:val="0"/>
        <w:autoSpaceDN w:val="0"/>
        <w:spacing w:before="166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Поурочные разработки по русскому родному языку. 1 класс. Т.Н.Ситникова. Изд-</w:t>
      </w:r>
      <w:proofErr w:type="gramStart"/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во :</w:t>
      </w:r>
      <w:proofErr w:type="gramEnd"/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 Москва Вако</w:t>
      </w:r>
    </w:p>
    <w:p w:rsidR="006916AA" w:rsidRPr="008D3EB4" w:rsidRDefault="008D3EB4">
      <w:pPr>
        <w:autoSpaceDE w:val="0"/>
        <w:autoSpaceDN w:val="0"/>
        <w:spacing w:before="264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2 КЛАСС</w:t>
      </w:r>
    </w:p>
    <w:p w:rsidR="006916AA" w:rsidRPr="008D3EB4" w:rsidRDefault="008D3EB4">
      <w:pPr>
        <w:autoSpaceDE w:val="0"/>
        <w:autoSpaceDN w:val="0"/>
        <w:spacing w:before="168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Поурочные разработки по русскому родному языку. 2 класс. Т.Н.Ситникова. Изд-</w:t>
      </w:r>
      <w:proofErr w:type="gramStart"/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во :</w:t>
      </w:r>
      <w:proofErr w:type="gramEnd"/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 Москва Вако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3 КЛАСС</w:t>
      </w:r>
    </w:p>
    <w:p w:rsidR="006916AA" w:rsidRPr="008D3EB4" w:rsidRDefault="008D3EB4">
      <w:pPr>
        <w:autoSpaceDE w:val="0"/>
        <w:autoSpaceDN w:val="0"/>
        <w:spacing w:before="166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Поурочные разработки по русскому родному языку. 3 класс. Т.Н.Ситникова. Изд-</w:t>
      </w:r>
      <w:proofErr w:type="gramStart"/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во :</w:t>
      </w:r>
      <w:proofErr w:type="gramEnd"/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 Москва Вако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4 КЛАСС</w:t>
      </w:r>
    </w:p>
    <w:p w:rsidR="006916AA" w:rsidRPr="008D3EB4" w:rsidRDefault="008D3EB4">
      <w:pPr>
        <w:autoSpaceDE w:val="0"/>
        <w:autoSpaceDN w:val="0"/>
        <w:spacing w:before="166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Поурочные разработки по русскому родному языку. 3 класс. Т.Н.Ситникова. Изд-</w:t>
      </w:r>
      <w:proofErr w:type="gramStart"/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во :</w:t>
      </w:r>
      <w:proofErr w:type="gramEnd"/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 xml:space="preserve"> Москва Вако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1 КЛАСС</w:t>
      </w:r>
    </w:p>
    <w:p w:rsidR="006916AA" w:rsidRPr="008D3EB4" w:rsidRDefault="008D3EB4">
      <w:pPr>
        <w:autoSpaceDE w:val="0"/>
        <w:autoSpaceDN w:val="0"/>
        <w:spacing w:before="166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Инфоурок</w:t>
      </w:r>
    </w:p>
    <w:p w:rsidR="006916AA" w:rsidRPr="008D3EB4" w:rsidRDefault="008D3EB4">
      <w:pPr>
        <w:autoSpaceDE w:val="0"/>
        <w:autoSpaceDN w:val="0"/>
        <w:spacing w:before="262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2 КЛАСС</w:t>
      </w:r>
    </w:p>
    <w:p w:rsidR="006916AA" w:rsidRPr="008D3EB4" w:rsidRDefault="008D3EB4">
      <w:pPr>
        <w:autoSpaceDE w:val="0"/>
        <w:autoSpaceDN w:val="0"/>
        <w:spacing w:before="166"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Инфоурок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298" w:right="650" w:bottom="33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108" w:line="220" w:lineRule="exact"/>
        <w:rPr>
          <w:lang w:val="ru-RU"/>
        </w:rPr>
      </w:pPr>
    </w:p>
    <w:p w:rsidR="006916AA" w:rsidRPr="008D3EB4" w:rsidRDefault="008D3EB4">
      <w:pPr>
        <w:autoSpaceDE w:val="0"/>
        <w:autoSpaceDN w:val="0"/>
        <w:spacing w:after="0" w:line="302" w:lineRule="auto"/>
        <w:ind w:right="8640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 КЛАСС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Инфоурок</w:t>
      </w:r>
    </w:p>
    <w:p w:rsidR="006916AA" w:rsidRPr="008D3EB4" w:rsidRDefault="008D3EB4">
      <w:pPr>
        <w:autoSpaceDE w:val="0"/>
        <w:autoSpaceDN w:val="0"/>
        <w:spacing w:before="262" w:after="0" w:line="302" w:lineRule="auto"/>
        <w:ind w:right="8640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4 КЛАСС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Инфоурок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328" w:right="1440" w:bottom="1440" w:left="666" w:header="720" w:footer="720" w:gutter="0"/>
          <w:cols w:space="720" w:equalWidth="0">
            <w:col w:w="9794" w:space="0"/>
          </w:cols>
          <w:docGrid w:linePitch="360"/>
        </w:sectPr>
      </w:pPr>
    </w:p>
    <w:p w:rsidR="006916AA" w:rsidRPr="008D3EB4" w:rsidRDefault="006916AA">
      <w:pPr>
        <w:autoSpaceDE w:val="0"/>
        <w:autoSpaceDN w:val="0"/>
        <w:spacing w:after="78" w:line="220" w:lineRule="exact"/>
        <w:rPr>
          <w:lang w:val="ru-RU"/>
        </w:rPr>
      </w:pPr>
    </w:p>
    <w:p w:rsidR="006916AA" w:rsidRPr="008D3EB4" w:rsidRDefault="008D3EB4">
      <w:pPr>
        <w:autoSpaceDE w:val="0"/>
        <w:autoSpaceDN w:val="0"/>
        <w:spacing w:after="0" w:line="230" w:lineRule="auto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МАТЕРИАЛЬНО-ТЕХНИЧЕСКОЕ ОБЕСПЕЧЕНИЕ ОБРАЗОВАТЕЛЬНОГО ПРОЦЕССА</w:t>
      </w:r>
    </w:p>
    <w:p w:rsidR="006916AA" w:rsidRPr="008D3EB4" w:rsidRDefault="008D3EB4">
      <w:pPr>
        <w:autoSpaceDE w:val="0"/>
        <w:autoSpaceDN w:val="0"/>
        <w:spacing w:before="346" w:after="0" w:line="302" w:lineRule="auto"/>
        <w:ind w:right="7200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УЧЕБНОЕ ОБОРУДОВАНИЕ </w:t>
      </w:r>
      <w:r w:rsidRPr="008D3EB4">
        <w:rPr>
          <w:lang w:val="ru-RU"/>
        </w:rPr>
        <w:br/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Проектор, экран, колонки</w:t>
      </w:r>
    </w:p>
    <w:p w:rsidR="006916AA" w:rsidRPr="008D3EB4" w:rsidRDefault="008D3EB4">
      <w:pPr>
        <w:autoSpaceDE w:val="0"/>
        <w:autoSpaceDN w:val="0"/>
        <w:spacing w:before="262" w:after="0" w:line="302" w:lineRule="auto"/>
        <w:ind w:right="3024"/>
        <w:rPr>
          <w:lang w:val="ru-RU"/>
        </w:rPr>
      </w:pPr>
      <w:r w:rsidRPr="008D3EB4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 ДЛЯ ПРОВЕДЕНИЯ ПРАКТИЧЕСКИХ РАБОТ</w:t>
      </w:r>
      <w:r w:rsidRPr="008D3EB4">
        <w:rPr>
          <w:rFonts w:ascii="Times New Roman" w:eastAsia="Times New Roman" w:hAnsi="Times New Roman"/>
          <w:color w:val="000000"/>
          <w:sz w:val="24"/>
          <w:lang w:val="ru-RU"/>
        </w:rPr>
        <w:t>-</w:t>
      </w:r>
    </w:p>
    <w:p w:rsidR="006916AA" w:rsidRPr="008D3EB4" w:rsidRDefault="006916AA">
      <w:pPr>
        <w:rPr>
          <w:lang w:val="ru-RU"/>
        </w:rPr>
        <w:sectPr w:rsidR="006916AA" w:rsidRPr="008D3EB4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D3EB4" w:rsidRPr="008D3EB4" w:rsidRDefault="008D3EB4">
      <w:pPr>
        <w:rPr>
          <w:lang w:val="ru-RU"/>
        </w:rPr>
      </w:pPr>
    </w:p>
    <w:sectPr w:rsidR="008D3EB4" w:rsidRPr="008D3EB4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42B72F8"/>
    <w:multiLevelType w:val="hybridMultilevel"/>
    <w:tmpl w:val="CE2058B4"/>
    <w:lvl w:ilvl="0" w:tplc="84A075A0">
      <w:numFmt w:val="bullet"/>
      <w:lvlText w:val="•"/>
      <w:lvlJc w:val="left"/>
      <w:pPr>
        <w:ind w:left="2113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FDC8BC6">
      <w:numFmt w:val="bullet"/>
      <w:lvlText w:val="•"/>
      <w:lvlJc w:val="left"/>
      <w:pPr>
        <w:ind w:left="3455" w:hanging="361"/>
      </w:pPr>
      <w:rPr>
        <w:lang w:val="ru-RU" w:eastAsia="en-US" w:bidi="ar-SA"/>
      </w:rPr>
    </w:lvl>
    <w:lvl w:ilvl="2" w:tplc="8C263466">
      <w:numFmt w:val="bullet"/>
      <w:lvlText w:val="•"/>
      <w:lvlJc w:val="left"/>
      <w:pPr>
        <w:ind w:left="4791" w:hanging="361"/>
      </w:pPr>
      <w:rPr>
        <w:lang w:val="ru-RU" w:eastAsia="en-US" w:bidi="ar-SA"/>
      </w:rPr>
    </w:lvl>
    <w:lvl w:ilvl="3" w:tplc="7B40CFE8">
      <w:numFmt w:val="bullet"/>
      <w:lvlText w:val="•"/>
      <w:lvlJc w:val="left"/>
      <w:pPr>
        <w:ind w:left="6127" w:hanging="361"/>
      </w:pPr>
      <w:rPr>
        <w:lang w:val="ru-RU" w:eastAsia="en-US" w:bidi="ar-SA"/>
      </w:rPr>
    </w:lvl>
    <w:lvl w:ilvl="4" w:tplc="A1802342">
      <w:numFmt w:val="bullet"/>
      <w:lvlText w:val="•"/>
      <w:lvlJc w:val="left"/>
      <w:pPr>
        <w:ind w:left="7463" w:hanging="361"/>
      </w:pPr>
      <w:rPr>
        <w:lang w:val="ru-RU" w:eastAsia="en-US" w:bidi="ar-SA"/>
      </w:rPr>
    </w:lvl>
    <w:lvl w:ilvl="5" w:tplc="DDEC37B0">
      <w:numFmt w:val="bullet"/>
      <w:lvlText w:val="•"/>
      <w:lvlJc w:val="left"/>
      <w:pPr>
        <w:ind w:left="8799" w:hanging="361"/>
      </w:pPr>
      <w:rPr>
        <w:lang w:val="ru-RU" w:eastAsia="en-US" w:bidi="ar-SA"/>
      </w:rPr>
    </w:lvl>
    <w:lvl w:ilvl="6" w:tplc="A6BACF1A">
      <w:numFmt w:val="bullet"/>
      <w:lvlText w:val="•"/>
      <w:lvlJc w:val="left"/>
      <w:pPr>
        <w:ind w:left="10135" w:hanging="361"/>
      </w:pPr>
      <w:rPr>
        <w:lang w:val="ru-RU" w:eastAsia="en-US" w:bidi="ar-SA"/>
      </w:rPr>
    </w:lvl>
    <w:lvl w:ilvl="7" w:tplc="8E76ABF2">
      <w:numFmt w:val="bullet"/>
      <w:lvlText w:val="•"/>
      <w:lvlJc w:val="left"/>
      <w:pPr>
        <w:ind w:left="11470" w:hanging="361"/>
      </w:pPr>
      <w:rPr>
        <w:lang w:val="ru-RU" w:eastAsia="en-US" w:bidi="ar-SA"/>
      </w:rPr>
    </w:lvl>
    <w:lvl w:ilvl="8" w:tplc="DD8CD498">
      <w:numFmt w:val="bullet"/>
      <w:lvlText w:val="•"/>
      <w:lvlJc w:val="left"/>
      <w:pPr>
        <w:ind w:left="12806" w:hanging="361"/>
      </w:pPr>
      <w:rPr>
        <w:lang w:val="ru-RU" w:eastAsia="en-US" w:bidi="ar-SA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2A1132"/>
    <w:rsid w:val="00326F90"/>
    <w:rsid w:val="00363696"/>
    <w:rsid w:val="0050158B"/>
    <w:rsid w:val="00503C21"/>
    <w:rsid w:val="005129EF"/>
    <w:rsid w:val="00524D95"/>
    <w:rsid w:val="00663C7B"/>
    <w:rsid w:val="006831D7"/>
    <w:rsid w:val="006916AA"/>
    <w:rsid w:val="0078749C"/>
    <w:rsid w:val="00800976"/>
    <w:rsid w:val="00807D2E"/>
    <w:rsid w:val="008B6952"/>
    <w:rsid w:val="008D3EB4"/>
    <w:rsid w:val="0090709D"/>
    <w:rsid w:val="00916E5B"/>
    <w:rsid w:val="009335FB"/>
    <w:rsid w:val="00AA1D8D"/>
    <w:rsid w:val="00B47730"/>
    <w:rsid w:val="00B9050B"/>
    <w:rsid w:val="00B92906"/>
    <w:rsid w:val="00C01445"/>
    <w:rsid w:val="00C34D6B"/>
    <w:rsid w:val="00CB0664"/>
    <w:rsid w:val="00D2652A"/>
    <w:rsid w:val="00EA202B"/>
    <w:rsid w:val="00EB6783"/>
    <w:rsid w:val="00F86BC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02341D"/>
  <w14:defaultImageDpi w14:val="300"/>
  <w15:docId w15:val="{D6A31CD2-99DA-4E67-A310-8151E05A4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1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TableNormal">
    <w:name w:val="Table Normal"/>
    <w:uiPriority w:val="2"/>
    <w:semiHidden/>
    <w:unhideWhenUsed/>
    <w:qFormat/>
    <w:rsid w:val="008D3EB4"/>
    <w:pPr>
      <w:widowControl w:val="0"/>
      <w:autoSpaceDE w:val="0"/>
      <w:autoSpaceDN w:val="0"/>
      <w:spacing w:after="0" w:line="240" w:lineRule="auto"/>
    </w:pPr>
    <w:rPr>
      <w:rFonts w:eastAsiaTheme="minorHAnsi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1"/>
    <w:uiPriority w:val="1"/>
    <w:qFormat/>
    <w:rsid w:val="008D3EB4"/>
    <w:pPr>
      <w:widowControl w:val="0"/>
      <w:autoSpaceDE w:val="0"/>
      <w:autoSpaceDN w:val="0"/>
      <w:spacing w:before="86" w:after="0" w:line="240" w:lineRule="auto"/>
      <w:ind w:left="76"/>
    </w:pPr>
    <w:rPr>
      <w:rFonts w:ascii="Times New Roman" w:eastAsia="Times New Roman" w:hAnsi="Times New Roman" w:cs="Times New Roman"/>
      <w:lang w:val="ru-RU"/>
    </w:rPr>
  </w:style>
  <w:style w:type="table" w:customStyle="1" w:styleId="TableGrid">
    <w:name w:val="TableGrid"/>
    <w:rsid w:val="00B92906"/>
    <w:pPr>
      <w:spacing w:after="0" w:line="240" w:lineRule="auto"/>
    </w:pPr>
    <w:rPr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8">
    <w:name w:val="Balloon Text"/>
    <w:basedOn w:val="a1"/>
    <w:link w:val="aff9"/>
    <w:uiPriority w:val="99"/>
    <w:semiHidden/>
    <w:unhideWhenUsed/>
    <w:rsid w:val="00D26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D265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C8EED24-A566-4487-93EB-50E5AD0D4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12484</Words>
  <Characters>71160</Characters>
  <Application>Microsoft Office Word</Application>
  <DocSecurity>0</DocSecurity>
  <Lines>593</Lines>
  <Paragraphs>166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83478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Ксюша</cp:lastModifiedBy>
  <cp:revision>30</cp:revision>
  <cp:lastPrinted>2023-10-09T13:45:00Z</cp:lastPrinted>
  <dcterms:created xsi:type="dcterms:W3CDTF">2022-09-23T16:50:00Z</dcterms:created>
  <dcterms:modified xsi:type="dcterms:W3CDTF">2023-10-10T18:27:00Z</dcterms:modified>
</cp:coreProperties>
</file>